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5F19A718" w14:textId="77777777" w:rsidTr="007118B8">
        <w:trPr>
          <w:trHeight w:val="1585"/>
        </w:trPr>
        <w:tc>
          <w:tcPr>
            <w:tcW w:w="2115" w:type="dxa"/>
          </w:tcPr>
          <w:p w14:paraId="6875DF1B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0CFCF397" w14:textId="77777777" w:rsidR="002454D4" w:rsidRDefault="002454D4" w:rsidP="007118B8">
            <w:pPr>
              <w:spacing w:before="160"/>
              <w:jc w:val="center"/>
            </w:pPr>
            <w:r>
              <w:rPr>
                <w:b/>
              </w:rPr>
              <w:t>T.C.</w:t>
            </w:r>
            <w:r>
              <w:rPr>
                <w:b/>
              </w:rPr>
              <w:br/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762C293E" w14:textId="77777777" w:rsidR="002454D4" w:rsidRPr="00802F99" w:rsidRDefault="00B8710D" w:rsidP="002454D4">
      <w:pPr>
        <w:pBdr>
          <w:bottom w:val="single" w:sz="10" w:space="0" w:color="C59C57"/>
        </w:pBdr>
        <w:spacing w:after="300"/>
        <w:jc w:val="center"/>
        <w:rPr>
          <w:b/>
          <w:bCs/>
        </w:rPr>
      </w:pPr>
      <w:r>
        <w:rPr>
          <w:b/>
          <w:bCs/>
        </w:rPr>
        <w:t>YÜKSEK LİSANS TEZ SAVUNMA SINAVI JÜRİ TUTANAK FORMU</w:t>
      </w:r>
    </w:p>
    <w:p w14:paraId="17373473" w14:textId="77777777" w:rsidR="00F80464" w:rsidRDefault="00000000">
      <w:pPr>
        <w:spacing w:after="240"/>
        <w:jc w:val="center"/>
      </w:pPr>
      <w:r>
        <w:rPr>
          <w:b/>
        </w:rPr>
        <w:t>LİSANSÜSTÜ EĞİTİM ENSTİTÜSÜ MÜDÜRLÜĞÜNE</w:t>
      </w:r>
    </w:p>
    <w:p w14:paraId="3BE3DC18" w14:textId="77777777" w:rsidR="00F80464" w:rsidRDefault="00000000" w:rsidP="00D60748">
      <w:pPr>
        <w:spacing w:after="120"/>
        <w:ind w:firstLine="720"/>
      </w:pPr>
      <w:r>
        <w:t>Enstitü Yönetim Kurulu tarafından oluşturulan jürimiz, ................................ Ana Bilim Dalı tezli yüksek lisans programı ........................ numaralı öğrencisi ................................................’nın “..........................................................................................................” başlıklı tezini incelemek ve değerlendirmek üzere .... / .... / 202.. tarihinde saat ..... : .....’da toplanmış ve öğrenci tez savunmasına alınmıştır.</w:t>
      </w:r>
    </w:p>
    <w:p w14:paraId="2F7F6707" w14:textId="77777777" w:rsidR="00F80464" w:rsidRDefault="00000000">
      <w:pPr>
        <w:spacing w:after="160"/>
        <w:jc w:val="both"/>
      </w:pPr>
      <w:r>
        <w:t>Kahramanmaraş Sütçü İmam Üniversitesi Lisansüstü Eğitim-Öğretim Yönetmeliğinin 35. maddesi uyarınca öğrenciye teziyle ilgili sorular yöneltilmiştir. Yapılan değerlendirmeler sonucunda,</w:t>
      </w:r>
    </w:p>
    <w:p w14:paraId="45A03702" w14:textId="77777777" w:rsidR="00F80464" w:rsidRDefault="00000000">
      <w:pPr>
        <w:keepNext/>
        <w:pBdr>
          <w:bottom w:val="single" w:sz="8" w:space="0" w:color="D5BC8A"/>
        </w:pBdr>
        <w:spacing w:after="120"/>
      </w:pPr>
      <w:r>
        <w:rPr>
          <w:b/>
        </w:rPr>
        <w:t>JÜRİ KARARI</w:t>
      </w:r>
    </w:p>
    <w:tbl>
      <w:tblPr>
        <w:tblW w:w="95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94"/>
        <w:gridCol w:w="3194"/>
        <w:gridCol w:w="3194"/>
      </w:tblGrid>
      <w:tr w:rsidR="00F80464" w14:paraId="36A65383" w14:textId="77777777">
        <w:tc>
          <w:tcPr>
            <w:tcW w:w="3194" w:type="dxa"/>
          </w:tcPr>
          <w:p w14:paraId="45C665D8" w14:textId="77777777" w:rsidR="00545458" w:rsidRDefault="00D60748" w:rsidP="00545458">
            <w:pPr>
              <w:jc w:val="center"/>
              <w:rPr>
                <w:b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="00000000" w:rsidRPr="00545458">
              <w:rPr>
                <w:b/>
                <w:sz w:val="52"/>
                <w:szCs w:val="56"/>
              </w:rPr>
              <w:t xml:space="preserve"> </w:t>
            </w:r>
            <w:r w:rsidR="00000000">
              <w:rPr>
                <w:b/>
              </w:rPr>
              <w:t xml:space="preserve"> </w:t>
            </w:r>
          </w:p>
          <w:p w14:paraId="2E6B1BCC" w14:textId="76D43371" w:rsidR="00F80464" w:rsidRDefault="00000000">
            <w:pPr>
              <w:spacing w:before="120" w:after="60"/>
              <w:jc w:val="center"/>
            </w:pPr>
            <w:r>
              <w:rPr>
                <w:b/>
              </w:rPr>
              <w:t>Tezin Kabul Edilmesine</w:t>
            </w:r>
          </w:p>
          <w:p w14:paraId="5E16334E" w14:textId="77777777" w:rsidR="00F80464" w:rsidRDefault="00000000">
            <w:pPr>
              <w:spacing w:after="100"/>
              <w:jc w:val="center"/>
            </w:pPr>
            <w:r>
              <w:rPr>
                <w:sz w:val="17"/>
                <w:szCs w:val="17"/>
              </w:rPr>
              <w:t>(Öğrenci, varsa jüri tarafından gerekli görülen düzeltmeleri yaparak tezinin onaylı son şeklini bir ay içinde Enstitüye teslim eder.)</w:t>
            </w:r>
          </w:p>
        </w:tc>
        <w:tc>
          <w:tcPr>
            <w:tcW w:w="3194" w:type="dxa"/>
          </w:tcPr>
          <w:p w14:paraId="6A147BE4" w14:textId="77777777" w:rsidR="00545458" w:rsidRPr="00545458" w:rsidRDefault="00545458" w:rsidP="00545458">
            <w:pPr>
              <w:jc w:val="center"/>
              <w:rPr>
                <w:b/>
                <w:szCs w:val="21"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Pr="00545458">
              <w:rPr>
                <w:b/>
                <w:sz w:val="52"/>
                <w:szCs w:val="56"/>
              </w:rPr>
              <w:t xml:space="preserve"> </w:t>
            </w:r>
          </w:p>
          <w:p w14:paraId="14BB1B25" w14:textId="4C5B6A94" w:rsidR="00F80464" w:rsidRDefault="00000000">
            <w:pPr>
              <w:spacing w:before="120" w:after="60"/>
              <w:jc w:val="center"/>
            </w:pPr>
            <w:r>
              <w:rPr>
                <w:b/>
              </w:rPr>
              <w:t>Tezde Düzeltme Verilmesine</w:t>
            </w:r>
          </w:p>
          <w:p w14:paraId="690D0BD1" w14:textId="77777777" w:rsidR="00F80464" w:rsidRDefault="00000000">
            <w:pPr>
              <w:spacing w:after="100"/>
              <w:jc w:val="center"/>
            </w:pPr>
            <w:r>
              <w:rPr>
                <w:sz w:val="17"/>
                <w:szCs w:val="17"/>
              </w:rPr>
              <w:t>(Öğrenci, tezde gerekli görülen düzeltmeleri yaptıktan sonra en geç 3 (üç) ay içinde savunmasını yineler.)</w:t>
            </w:r>
          </w:p>
        </w:tc>
        <w:tc>
          <w:tcPr>
            <w:tcW w:w="3194" w:type="dxa"/>
          </w:tcPr>
          <w:p w14:paraId="3D540C1E" w14:textId="77777777" w:rsidR="00545458" w:rsidRPr="00545458" w:rsidRDefault="00545458" w:rsidP="00545458">
            <w:pPr>
              <w:jc w:val="center"/>
              <w:rPr>
                <w:b/>
                <w:szCs w:val="21"/>
              </w:rPr>
            </w:pPr>
            <w:r w:rsidRPr="00545458">
              <w:rPr>
                <w:color w:val="000000" w:themeColor="text1"/>
                <w:sz w:val="48"/>
                <w:szCs w:val="4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45458">
              <w:rPr>
                <w:color w:val="000000" w:themeColor="text1"/>
                <w:sz w:val="48"/>
                <w:szCs w:val="48"/>
              </w:rPr>
              <w:instrText xml:space="preserve"> FORMCHECKBOX </w:instrText>
            </w:r>
            <w:r w:rsidRPr="00545458">
              <w:rPr>
                <w:color w:val="000000" w:themeColor="text1"/>
                <w:sz w:val="48"/>
                <w:szCs w:val="48"/>
              </w:rPr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separate"/>
            </w:r>
            <w:r w:rsidRPr="00545458">
              <w:rPr>
                <w:color w:val="000000" w:themeColor="text1"/>
                <w:sz w:val="48"/>
                <w:szCs w:val="48"/>
              </w:rPr>
              <w:fldChar w:fldCharType="end"/>
            </w:r>
            <w:r w:rsidRPr="00545458">
              <w:rPr>
                <w:color w:val="000000" w:themeColor="text1"/>
                <w:sz w:val="96"/>
                <w:szCs w:val="44"/>
              </w:rPr>
              <w:t xml:space="preserve"> </w:t>
            </w:r>
            <w:r w:rsidRPr="00545458">
              <w:rPr>
                <w:b/>
                <w:sz w:val="52"/>
                <w:szCs w:val="56"/>
              </w:rPr>
              <w:t xml:space="preserve"> </w:t>
            </w:r>
          </w:p>
          <w:p w14:paraId="348B45AA" w14:textId="48AD599F" w:rsidR="00F80464" w:rsidRDefault="00000000">
            <w:pPr>
              <w:spacing w:before="120" w:after="60"/>
              <w:jc w:val="center"/>
            </w:pPr>
            <w:r>
              <w:rPr>
                <w:b/>
              </w:rPr>
              <w:t>Tezin Reddedilmesine</w:t>
            </w:r>
          </w:p>
          <w:p w14:paraId="5DFC6472" w14:textId="77777777" w:rsidR="00F80464" w:rsidRDefault="00F80464">
            <w:pPr>
              <w:spacing w:after="100"/>
            </w:pPr>
          </w:p>
        </w:tc>
      </w:tr>
    </w:tbl>
    <w:p w14:paraId="14C00879" w14:textId="77777777" w:rsidR="00545458" w:rsidRPr="00545458" w:rsidRDefault="00545458" w:rsidP="00545458">
      <w:pPr>
        <w:jc w:val="center"/>
        <w:rPr>
          <w:color w:val="000000" w:themeColor="text1"/>
          <w:sz w:val="22"/>
        </w:rPr>
      </w:pPr>
    </w:p>
    <w:p w14:paraId="25DEAA39" w14:textId="0E77608F" w:rsidR="00F80464" w:rsidRDefault="00545458" w:rsidP="00545458">
      <w:pPr>
        <w:jc w:val="center"/>
      </w:pPr>
      <w:r w:rsidRPr="00545458">
        <w:rPr>
          <w:color w:val="000000" w:themeColor="text1"/>
          <w:sz w:val="48"/>
          <w:szCs w:val="4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45458">
        <w:rPr>
          <w:color w:val="000000" w:themeColor="text1"/>
          <w:sz w:val="48"/>
          <w:szCs w:val="48"/>
        </w:rPr>
        <w:instrText xml:space="preserve"> FORMCHECKBOX </w:instrText>
      </w:r>
      <w:r w:rsidRPr="00545458">
        <w:rPr>
          <w:color w:val="000000" w:themeColor="text1"/>
          <w:sz w:val="48"/>
          <w:szCs w:val="48"/>
        </w:rPr>
      </w:r>
      <w:r w:rsidRPr="00545458">
        <w:rPr>
          <w:color w:val="000000" w:themeColor="text1"/>
          <w:sz w:val="48"/>
          <w:szCs w:val="48"/>
        </w:rPr>
        <w:fldChar w:fldCharType="separate"/>
      </w:r>
      <w:r w:rsidRPr="00545458">
        <w:rPr>
          <w:color w:val="000000" w:themeColor="text1"/>
          <w:sz w:val="48"/>
          <w:szCs w:val="48"/>
        </w:rPr>
        <w:fldChar w:fldCharType="end"/>
      </w:r>
      <w:r w:rsidRPr="00545458">
        <w:rPr>
          <w:color w:val="000000" w:themeColor="text1"/>
          <w:sz w:val="96"/>
          <w:szCs w:val="44"/>
        </w:rPr>
        <w:t xml:space="preserve"> </w:t>
      </w:r>
      <w:r w:rsidR="00000000">
        <w:rPr>
          <w:b/>
        </w:rPr>
        <w:t xml:space="preserve">oy birliği          </w:t>
      </w:r>
      <w:r w:rsidRPr="00545458">
        <w:rPr>
          <w:color w:val="000000" w:themeColor="text1"/>
          <w:sz w:val="48"/>
          <w:szCs w:val="4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45458">
        <w:rPr>
          <w:color w:val="000000" w:themeColor="text1"/>
          <w:sz w:val="48"/>
          <w:szCs w:val="48"/>
        </w:rPr>
        <w:instrText xml:space="preserve"> FORMCHECKBOX </w:instrText>
      </w:r>
      <w:r w:rsidRPr="00545458">
        <w:rPr>
          <w:color w:val="000000" w:themeColor="text1"/>
          <w:sz w:val="48"/>
          <w:szCs w:val="48"/>
        </w:rPr>
      </w:r>
      <w:r w:rsidRPr="00545458">
        <w:rPr>
          <w:color w:val="000000" w:themeColor="text1"/>
          <w:sz w:val="48"/>
          <w:szCs w:val="48"/>
        </w:rPr>
        <w:fldChar w:fldCharType="separate"/>
      </w:r>
      <w:r w:rsidRPr="00545458">
        <w:rPr>
          <w:color w:val="000000" w:themeColor="text1"/>
          <w:sz w:val="48"/>
          <w:szCs w:val="48"/>
        </w:rPr>
        <w:fldChar w:fldCharType="end"/>
      </w:r>
      <w:r w:rsidRPr="00545458">
        <w:rPr>
          <w:color w:val="000000" w:themeColor="text1"/>
          <w:sz w:val="96"/>
          <w:szCs w:val="44"/>
        </w:rPr>
        <w:t xml:space="preserve"> </w:t>
      </w:r>
      <w:r w:rsidR="00000000">
        <w:rPr>
          <w:b/>
        </w:rPr>
        <w:t>oy çokluğu</w:t>
      </w:r>
      <w:r w:rsidR="00000000">
        <w:t xml:space="preserve"> ile karar verilmiştir.</w:t>
      </w:r>
    </w:p>
    <w:p w14:paraId="6A351A2E" w14:textId="77777777" w:rsidR="00F80464" w:rsidRDefault="00000000">
      <w:pPr>
        <w:spacing w:after="120"/>
      </w:pPr>
      <w:r>
        <w:t>Gereğini saygılarımla arz ederim.     .... / .... / 202..</w:t>
      </w:r>
    </w:p>
    <w:p w14:paraId="123A4FE0" w14:textId="77777777" w:rsidR="00F80464" w:rsidRDefault="00000000">
      <w:pPr>
        <w:keepNext/>
        <w:pBdr>
          <w:bottom w:val="single" w:sz="8" w:space="0" w:color="D5BC8A"/>
        </w:pBdr>
        <w:spacing w:before="160"/>
      </w:pPr>
      <w:r>
        <w:rPr>
          <w:b/>
        </w:rPr>
        <w:t>JÜRİ ÜYELERİ</w:t>
      </w:r>
    </w:p>
    <w:tbl>
      <w:tblPr>
        <w:tblW w:w="958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194"/>
        <w:gridCol w:w="1597"/>
        <w:gridCol w:w="1597"/>
        <w:gridCol w:w="3194"/>
      </w:tblGrid>
      <w:tr w:rsidR="00F80464" w14:paraId="38CA05E8" w14:textId="77777777">
        <w:tc>
          <w:tcPr>
            <w:tcW w:w="3194" w:type="dxa"/>
          </w:tcPr>
          <w:p w14:paraId="6216ECD6" w14:textId="77777777" w:rsidR="00F80464" w:rsidRDefault="00000000">
            <w:pPr>
              <w:spacing w:before="900"/>
              <w:jc w:val="center"/>
            </w:pPr>
            <w:r>
              <w:rPr>
                <w:b/>
              </w:rPr>
              <w:t>Danışman Üye</w:t>
            </w:r>
          </w:p>
          <w:p w14:paraId="2488AAE1" w14:textId="77777777" w:rsidR="00F80464" w:rsidRDefault="00000000">
            <w:pPr>
              <w:jc w:val="center"/>
            </w:pPr>
            <w:r>
              <w:t>(Unvanı, Adı, Soyadı, İmza)</w:t>
            </w:r>
          </w:p>
        </w:tc>
        <w:tc>
          <w:tcPr>
            <w:tcW w:w="3194" w:type="dxa"/>
            <w:gridSpan w:val="2"/>
          </w:tcPr>
          <w:p w14:paraId="2A104B1D" w14:textId="77777777" w:rsidR="00F80464" w:rsidRDefault="00000000">
            <w:pPr>
              <w:spacing w:before="900"/>
              <w:jc w:val="center"/>
            </w:pPr>
            <w:r>
              <w:rPr>
                <w:b/>
              </w:rPr>
              <w:t>Üye</w:t>
            </w:r>
          </w:p>
          <w:p w14:paraId="4E1E550D" w14:textId="77777777" w:rsidR="00F80464" w:rsidRDefault="00000000">
            <w:pPr>
              <w:jc w:val="center"/>
            </w:pPr>
            <w:r>
              <w:t>(Unvanı, Adı, Soyadı, İmza)</w:t>
            </w:r>
          </w:p>
        </w:tc>
        <w:tc>
          <w:tcPr>
            <w:tcW w:w="3194" w:type="dxa"/>
          </w:tcPr>
          <w:p w14:paraId="7CB1B26E" w14:textId="77777777" w:rsidR="00F80464" w:rsidRDefault="00000000">
            <w:pPr>
              <w:spacing w:before="900"/>
              <w:jc w:val="center"/>
            </w:pPr>
            <w:r>
              <w:rPr>
                <w:b/>
              </w:rPr>
              <w:t>Üye</w:t>
            </w:r>
          </w:p>
          <w:p w14:paraId="48171694" w14:textId="77777777" w:rsidR="00F80464" w:rsidRDefault="00000000">
            <w:pPr>
              <w:jc w:val="center"/>
            </w:pPr>
            <w:r>
              <w:t>(Unvanı, Adı, Soyadı, İmza)</w:t>
            </w:r>
          </w:p>
        </w:tc>
      </w:tr>
      <w:tr w:rsidR="00F80464" w14:paraId="18741098" w14:textId="77777777">
        <w:tc>
          <w:tcPr>
            <w:tcW w:w="4791" w:type="dxa"/>
            <w:gridSpan w:val="2"/>
          </w:tcPr>
          <w:p w14:paraId="39515C77" w14:textId="77777777" w:rsidR="00F80464" w:rsidRDefault="00000000">
            <w:pPr>
              <w:spacing w:before="900"/>
              <w:jc w:val="center"/>
            </w:pPr>
            <w:r>
              <w:rPr>
                <w:b/>
              </w:rPr>
              <w:t>Üye*</w:t>
            </w:r>
          </w:p>
          <w:p w14:paraId="01550A24" w14:textId="77777777" w:rsidR="00F80464" w:rsidRDefault="00000000">
            <w:pPr>
              <w:jc w:val="center"/>
            </w:pPr>
            <w:r>
              <w:t>(Unvanı, Adı, Soyadı, İmza)</w:t>
            </w:r>
          </w:p>
        </w:tc>
        <w:tc>
          <w:tcPr>
            <w:tcW w:w="4791" w:type="dxa"/>
            <w:gridSpan w:val="2"/>
          </w:tcPr>
          <w:p w14:paraId="3672B071" w14:textId="77777777" w:rsidR="00F80464" w:rsidRDefault="00000000">
            <w:pPr>
              <w:spacing w:before="900"/>
              <w:jc w:val="center"/>
            </w:pPr>
            <w:r>
              <w:rPr>
                <w:b/>
              </w:rPr>
              <w:t>Üye*</w:t>
            </w:r>
          </w:p>
          <w:p w14:paraId="68E79CB7" w14:textId="77777777" w:rsidR="00F80464" w:rsidRDefault="00000000">
            <w:pPr>
              <w:jc w:val="center"/>
            </w:pPr>
            <w:r>
              <w:t>(Unvanı, Adı, Soyadı, İmza)</w:t>
            </w:r>
          </w:p>
        </w:tc>
      </w:tr>
    </w:tbl>
    <w:p w14:paraId="37AD5137" w14:textId="77777777" w:rsidR="00F80464" w:rsidRDefault="00000000">
      <w:pPr>
        <w:spacing w:before="100"/>
        <w:jc w:val="both"/>
      </w:pPr>
      <w:r>
        <w:rPr>
          <w:b/>
          <w:sz w:val="18"/>
          <w:szCs w:val="18"/>
        </w:rPr>
        <w:t xml:space="preserve">* </w:t>
      </w:r>
      <w:r>
        <w:rPr>
          <w:sz w:val="18"/>
          <w:szCs w:val="18"/>
        </w:rPr>
        <w:t>Jüri 5 öğretim üyesinden oluşuyorsa doldurunuz.</w:t>
      </w:r>
    </w:p>
    <w:p w14:paraId="0F117516" w14:textId="77777777" w:rsidR="00F80464" w:rsidRDefault="00000000">
      <w:pPr>
        <w:keepNext/>
        <w:pBdr>
          <w:bottom w:val="single" w:sz="8" w:space="0" w:color="D5BC8A"/>
        </w:pBdr>
        <w:spacing w:before="280" w:after="100"/>
      </w:pPr>
      <w:r>
        <w:rPr>
          <w:b/>
        </w:rPr>
        <w:t>TEZ BAŞLIĞI DEĞİŞİKLİĞİ</w:t>
      </w:r>
    </w:p>
    <w:p w14:paraId="2BC5991F" w14:textId="77777777" w:rsidR="00F80464" w:rsidRDefault="00000000">
      <w:pPr>
        <w:spacing w:after="80"/>
      </w:pPr>
      <w:r>
        <w:rPr>
          <w:sz w:val="18"/>
          <w:szCs w:val="18"/>
        </w:rPr>
        <w:t>(Tez başlığında değişiklik yapılması durumunda doldurunuz.)</w:t>
      </w:r>
    </w:p>
    <w:p w14:paraId="569002B7" w14:textId="77777777" w:rsidR="00F80464" w:rsidRDefault="00000000">
      <w:r>
        <w:t>Adı geçen öğrencinin tez başlığının “......................................................................................................................” olarak değiştirilmesi jüri üyelerince uygun görülmüştür.</w:t>
      </w:r>
    </w:p>
    <w:sectPr w:rsidR="00F80464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6A45"/>
    <w:rsid w:val="000F64F6"/>
    <w:rsid w:val="0015074B"/>
    <w:rsid w:val="002454D4"/>
    <w:rsid w:val="0029639D"/>
    <w:rsid w:val="00326F90"/>
    <w:rsid w:val="003A1CEE"/>
    <w:rsid w:val="00545458"/>
    <w:rsid w:val="005A7C45"/>
    <w:rsid w:val="00606584"/>
    <w:rsid w:val="00AA1D8D"/>
    <w:rsid w:val="00AD6073"/>
    <w:rsid w:val="00B47730"/>
    <w:rsid w:val="00B8710D"/>
    <w:rsid w:val="00CB0664"/>
    <w:rsid w:val="00D10FD3"/>
    <w:rsid w:val="00D60748"/>
    <w:rsid w:val="00F804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A4B27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2</cp:revision>
  <dcterms:created xsi:type="dcterms:W3CDTF">2026-09-25T07:25:00Z</dcterms:created>
  <dcterms:modified xsi:type="dcterms:W3CDTF">2026-09-25T07:25:00Z</dcterms:modified>
  <cp:category/>
</cp:coreProperties>
</file>