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15"/>
        <w:gridCol w:w="5686"/>
      </w:tblGrid>
      <w:tr w:rsidR="002454D4" w14:paraId="6F146E6F" w14:textId="77777777" w:rsidTr="007118B8">
        <w:trPr>
          <w:trHeight w:val="1585"/>
        </w:trPr>
        <w:tc>
          <w:tcPr>
            <w:tcW w:w="2115" w:type="dxa"/>
          </w:tcPr>
          <w:p w14:paraId="0697EB6D" w14:textId="77777777" w:rsidR="002454D4" w:rsidRDefault="002454D4" w:rsidP="007118B8">
            <w:r>
              <w:rPr>
                <w:noProof/>
              </w:rPr>
              <w:drawing>
                <wp:inline distT="0" distB="0" distL="0" distR="0" wp14:anchorId="72B6C43D" wp14:editId="68934AF3">
                  <wp:extent cx="972000" cy="97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6" w:type="dxa"/>
          </w:tcPr>
          <w:p w14:paraId="0D2F6A79" w14:textId="77777777" w:rsidR="002454D4" w:rsidRDefault="002454D4" w:rsidP="007118B8">
            <w:pPr>
              <w:spacing w:before="160"/>
              <w:jc w:val="center"/>
            </w:pPr>
            <w:r>
              <w:rPr>
                <w:b/>
              </w:rPr>
              <w:t>T.C.</w:t>
            </w:r>
            <w:r>
              <w:rPr>
                <w:b/>
              </w:rPr>
              <w:br/>
              <w:t>KAHRAMANMARAŞ SÜTÇÜ İMAM ÜNİVERSİTESİ</w:t>
            </w:r>
            <w:r>
              <w:rPr>
                <w:b/>
              </w:rPr>
              <w:br/>
              <w:t>LİSANSÜSTÜ EĞİTİM ENSTİTÜSÜ</w:t>
            </w:r>
            <w:r>
              <w:rPr>
                <w:b/>
              </w:rPr>
              <w:br/>
            </w:r>
          </w:p>
        </w:tc>
      </w:tr>
    </w:tbl>
    <w:p w14:paraId="7DDD874A" w14:textId="77777777" w:rsidR="002454D4" w:rsidRPr="00802F99" w:rsidRDefault="00B8710D" w:rsidP="002454D4">
      <w:pPr>
        <w:pBdr>
          <w:bottom w:val="single" w:sz="10" w:space="0" w:color="C59C57"/>
        </w:pBdr>
        <w:spacing w:after="120"/>
        <w:jc w:val="center"/>
        <w:rPr>
          <w:b/>
          <w:bCs/>
        </w:rPr>
      </w:pPr>
      <w:r>
        <w:rPr>
          <w:b/>
          <w:bCs/>
        </w:rPr>
        <w:t>TEZ YAZIM KURALLARI KONTROL FORMU</w:t>
      </w:r>
    </w:p>
    <w:p w14:paraId="369C2289" w14:textId="77777777" w:rsidR="005D0CC5" w:rsidRDefault="00000000">
      <w:pPr>
        <w:keepNext/>
        <w:pBdr>
          <w:bottom w:val="single" w:sz="8" w:space="0" w:color="D5BC8A"/>
        </w:pBdr>
        <w:spacing w:after="100"/>
      </w:pPr>
      <w:r>
        <w:rPr>
          <w:b/>
        </w:rPr>
        <w:t>ÖĞRENCİ VE TEZ BİLGİLERİ</w:t>
      </w:r>
    </w:p>
    <w:tbl>
      <w:tblPr>
        <w:tblW w:w="9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41"/>
        <w:gridCol w:w="6672"/>
      </w:tblGrid>
      <w:tr w:rsidR="005D0CC5" w14:paraId="040D6124" w14:textId="77777777" w:rsidTr="007B3FD5">
        <w:trPr>
          <w:trHeight w:val="251"/>
        </w:trPr>
        <w:tc>
          <w:tcPr>
            <w:tcW w:w="3041" w:type="dxa"/>
            <w:vAlign w:val="center"/>
          </w:tcPr>
          <w:p w14:paraId="1EE5B6F7" w14:textId="77777777" w:rsidR="005D0CC5" w:rsidRDefault="00000000">
            <w:pPr>
              <w:spacing w:before="60" w:after="60"/>
            </w:pPr>
            <w:r>
              <w:rPr>
                <w:b/>
                <w:color w:val="000000"/>
              </w:rPr>
              <w:t>Öğrenci Adı Soyadı</w:t>
            </w:r>
          </w:p>
        </w:tc>
        <w:tc>
          <w:tcPr>
            <w:tcW w:w="6672" w:type="dxa"/>
            <w:vAlign w:val="center"/>
          </w:tcPr>
          <w:p w14:paraId="6DA8E95C" w14:textId="77777777" w:rsidR="005D0CC5" w:rsidRDefault="005D0CC5">
            <w:pPr>
              <w:spacing w:before="60" w:after="60"/>
            </w:pPr>
          </w:p>
        </w:tc>
      </w:tr>
      <w:tr w:rsidR="005D0CC5" w14:paraId="335B6A1E" w14:textId="77777777" w:rsidTr="007B3FD5">
        <w:trPr>
          <w:trHeight w:val="319"/>
        </w:trPr>
        <w:tc>
          <w:tcPr>
            <w:tcW w:w="3041" w:type="dxa"/>
            <w:vAlign w:val="center"/>
          </w:tcPr>
          <w:p w14:paraId="10545927" w14:textId="77777777" w:rsidR="005D0CC5" w:rsidRDefault="00000000">
            <w:pPr>
              <w:spacing w:before="60" w:after="60"/>
            </w:pPr>
            <w:r>
              <w:rPr>
                <w:b/>
                <w:color w:val="000000"/>
              </w:rPr>
              <w:t>Danışman Adı Soyadı</w:t>
            </w:r>
          </w:p>
        </w:tc>
        <w:tc>
          <w:tcPr>
            <w:tcW w:w="6672" w:type="dxa"/>
            <w:vAlign w:val="center"/>
          </w:tcPr>
          <w:p w14:paraId="0EECF40E" w14:textId="77777777" w:rsidR="005D0CC5" w:rsidRDefault="005D0CC5">
            <w:pPr>
              <w:spacing w:before="60" w:after="60"/>
            </w:pPr>
          </w:p>
        </w:tc>
      </w:tr>
      <w:tr w:rsidR="005D0CC5" w14:paraId="31F3FCFA" w14:textId="77777777" w:rsidTr="007B3FD5">
        <w:trPr>
          <w:trHeight w:val="319"/>
        </w:trPr>
        <w:tc>
          <w:tcPr>
            <w:tcW w:w="3041" w:type="dxa"/>
            <w:vAlign w:val="center"/>
          </w:tcPr>
          <w:p w14:paraId="5502E11B" w14:textId="77777777" w:rsidR="005D0CC5" w:rsidRDefault="00000000">
            <w:pPr>
              <w:spacing w:before="60" w:after="60"/>
            </w:pPr>
            <w:r>
              <w:rPr>
                <w:b/>
                <w:color w:val="000000"/>
              </w:rPr>
              <w:t>Ana Bilim Dalı</w:t>
            </w:r>
          </w:p>
        </w:tc>
        <w:tc>
          <w:tcPr>
            <w:tcW w:w="6672" w:type="dxa"/>
            <w:vAlign w:val="center"/>
          </w:tcPr>
          <w:p w14:paraId="6A82AB56" w14:textId="77777777" w:rsidR="005D0CC5" w:rsidRDefault="005D0CC5">
            <w:pPr>
              <w:spacing w:before="60" w:after="60"/>
            </w:pPr>
          </w:p>
        </w:tc>
      </w:tr>
      <w:tr w:rsidR="005D0CC5" w14:paraId="5D0D7906" w14:textId="77777777" w:rsidTr="007B3FD5">
        <w:trPr>
          <w:trHeight w:val="292"/>
        </w:trPr>
        <w:tc>
          <w:tcPr>
            <w:tcW w:w="3041" w:type="dxa"/>
            <w:vAlign w:val="center"/>
          </w:tcPr>
          <w:p w14:paraId="783CCA86" w14:textId="77777777" w:rsidR="005D0CC5" w:rsidRDefault="00000000">
            <w:pPr>
              <w:spacing w:before="60" w:after="60"/>
            </w:pPr>
            <w:r>
              <w:rPr>
                <w:b/>
                <w:color w:val="000000"/>
              </w:rPr>
              <w:t>Tezin Türü</w:t>
            </w:r>
          </w:p>
        </w:tc>
        <w:tc>
          <w:tcPr>
            <w:tcW w:w="6672" w:type="dxa"/>
            <w:vAlign w:val="center"/>
          </w:tcPr>
          <w:p w14:paraId="4F32705D" w14:textId="6C434B8D" w:rsidR="005D0CC5" w:rsidRDefault="007B3FD5">
            <w:pPr>
              <w:spacing w:before="60" w:after="60"/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="00000000">
              <w:rPr>
                <w:color w:val="000000"/>
              </w:rPr>
              <w:t xml:space="preserve">Yüksek Lisans          </w: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="00000000">
              <w:rPr>
                <w:color w:val="000000"/>
              </w:rPr>
              <w:t>Doktora</w:t>
            </w:r>
          </w:p>
        </w:tc>
      </w:tr>
      <w:tr w:rsidR="005D0CC5" w14:paraId="52F31A1A" w14:textId="77777777" w:rsidTr="007B3FD5">
        <w:trPr>
          <w:trHeight w:val="462"/>
        </w:trPr>
        <w:tc>
          <w:tcPr>
            <w:tcW w:w="3041" w:type="dxa"/>
            <w:vAlign w:val="center"/>
          </w:tcPr>
          <w:p w14:paraId="68E8C1D4" w14:textId="77777777" w:rsidR="005D0CC5" w:rsidRDefault="00000000">
            <w:pPr>
              <w:spacing w:before="60" w:after="60"/>
            </w:pPr>
            <w:r>
              <w:rPr>
                <w:b/>
                <w:color w:val="000000"/>
              </w:rPr>
              <w:t>Tez Başlığı</w:t>
            </w:r>
          </w:p>
        </w:tc>
        <w:tc>
          <w:tcPr>
            <w:tcW w:w="6672" w:type="dxa"/>
            <w:vAlign w:val="center"/>
          </w:tcPr>
          <w:p w14:paraId="4460DC60" w14:textId="77777777" w:rsidR="005D0CC5" w:rsidRDefault="005D0CC5">
            <w:pPr>
              <w:spacing w:before="60" w:after="60"/>
            </w:pPr>
          </w:p>
        </w:tc>
      </w:tr>
    </w:tbl>
    <w:p w14:paraId="533D3F5F" w14:textId="77777777" w:rsidR="005D0CC5" w:rsidRDefault="00000000">
      <w:pPr>
        <w:keepNext/>
        <w:pBdr>
          <w:bottom w:val="single" w:sz="8" w:space="0" w:color="D5BC8A"/>
        </w:pBdr>
        <w:spacing w:before="180" w:after="80"/>
      </w:pPr>
      <w:r>
        <w:rPr>
          <w:b/>
        </w:rPr>
        <w:t>TEZDE BULUNMASI GEREKEN BÖLÜMLERİN SIRASI</w:t>
      </w:r>
    </w:p>
    <w:tbl>
      <w:tblPr>
        <w:tblW w:w="9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2891"/>
        <w:gridCol w:w="700"/>
        <w:gridCol w:w="700"/>
        <w:gridCol w:w="500"/>
        <w:gridCol w:w="2891"/>
        <w:gridCol w:w="700"/>
        <w:gridCol w:w="700"/>
      </w:tblGrid>
      <w:tr w:rsidR="005D0CC5" w14:paraId="4EA4A6DA" w14:textId="77777777">
        <w:trPr>
          <w:trHeight w:val="400"/>
          <w:tblHeader/>
        </w:trPr>
        <w:tc>
          <w:tcPr>
            <w:tcW w:w="500" w:type="dxa"/>
            <w:vAlign w:val="center"/>
          </w:tcPr>
          <w:p w14:paraId="6FB4F6E0" w14:textId="77777777" w:rsidR="005D0CC5" w:rsidRDefault="00000000">
            <w:pPr>
              <w:spacing w:before="20" w:after="20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No</w:t>
            </w:r>
          </w:p>
        </w:tc>
        <w:tc>
          <w:tcPr>
            <w:tcW w:w="2891" w:type="dxa"/>
            <w:vAlign w:val="center"/>
          </w:tcPr>
          <w:p w14:paraId="0C6FE7A3" w14:textId="77777777" w:rsidR="005D0CC5" w:rsidRDefault="00000000">
            <w:pPr>
              <w:spacing w:before="20" w:after="20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Bölüm</w:t>
            </w:r>
          </w:p>
        </w:tc>
        <w:tc>
          <w:tcPr>
            <w:tcW w:w="700" w:type="dxa"/>
            <w:vAlign w:val="center"/>
          </w:tcPr>
          <w:p w14:paraId="3C162039" w14:textId="77777777" w:rsidR="005D0CC5" w:rsidRDefault="00000000">
            <w:pPr>
              <w:spacing w:before="20" w:after="20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Var</w:t>
            </w:r>
          </w:p>
        </w:tc>
        <w:tc>
          <w:tcPr>
            <w:tcW w:w="700" w:type="dxa"/>
            <w:vAlign w:val="center"/>
          </w:tcPr>
          <w:p w14:paraId="37DEF38A" w14:textId="77777777" w:rsidR="005D0CC5" w:rsidRDefault="00000000">
            <w:pPr>
              <w:spacing w:before="20" w:after="20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Yok</w:t>
            </w:r>
          </w:p>
        </w:tc>
        <w:tc>
          <w:tcPr>
            <w:tcW w:w="500" w:type="dxa"/>
            <w:vAlign w:val="center"/>
          </w:tcPr>
          <w:p w14:paraId="7F31BDE2" w14:textId="77777777" w:rsidR="005D0CC5" w:rsidRDefault="00000000">
            <w:pPr>
              <w:spacing w:before="20" w:after="20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No</w:t>
            </w:r>
          </w:p>
        </w:tc>
        <w:tc>
          <w:tcPr>
            <w:tcW w:w="2891" w:type="dxa"/>
            <w:vAlign w:val="center"/>
          </w:tcPr>
          <w:p w14:paraId="324E959E" w14:textId="77777777" w:rsidR="005D0CC5" w:rsidRDefault="00000000">
            <w:pPr>
              <w:spacing w:before="20" w:after="20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Bölüm</w:t>
            </w:r>
          </w:p>
        </w:tc>
        <w:tc>
          <w:tcPr>
            <w:tcW w:w="700" w:type="dxa"/>
            <w:vAlign w:val="center"/>
          </w:tcPr>
          <w:p w14:paraId="0BCE944F" w14:textId="77777777" w:rsidR="005D0CC5" w:rsidRDefault="00000000">
            <w:pPr>
              <w:spacing w:before="20" w:after="20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Var</w:t>
            </w:r>
          </w:p>
        </w:tc>
        <w:tc>
          <w:tcPr>
            <w:tcW w:w="700" w:type="dxa"/>
            <w:vAlign w:val="center"/>
          </w:tcPr>
          <w:p w14:paraId="0F1C603C" w14:textId="77777777" w:rsidR="005D0CC5" w:rsidRDefault="00000000">
            <w:pPr>
              <w:spacing w:before="20" w:after="20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Yok</w:t>
            </w:r>
          </w:p>
        </w:tc>
      </w:tr>
      <w:tr w:rsidR="007B3FD5" w14:paraId="58C946AA" w14:textId="77777777" w:rsidTr="009C68B6">
        <w:trPr>
          <w:cantSplit/>
          <w:trHeight w:val="270"/>
        </w:trPr>
        <w:tc>
          <w:tcPr>
            <w:tcW w:w="500" w:type="dxa"/>
            <w:vAlign w:val="center"/>
          </w:tcPr>
          <w:p w14:paraId="1DA1D6DC" w14:textId="77777777" w:rsidR="007B3FD5" w:rsidRDefault="007B3FD5" w:rsidP="007B3FD5">
            <w:pPr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2891" w:type="dxa"/>
            <w:vAlign w:val="center"/>
          </w:tcPr>
          <w:p w14:paraId="64BC6B58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Tez cildi ön kapağı (dış kapak)</w:t>
            </w:r>
          </w:p>
        </w:tc>
        <w:tc>
          <w:tcPr>
            <w:tcW w:w="700" w:type="dxa"/>
          </w:tcPr>
          <w:p w14:paraId="2B6EFC5E" w14:textId="171BE3FA" w:rsidR="007B3FD5" w:rsidRDefault="007B3FD5" w:rsidP="007B3FD5">
            <w:pPr>
              <w:spacing w:before="20" w:after="20"/>
              <w:jc w:val="center"/>
            </w:pPr>
            <w:r w:rsidRPr="008D6785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785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D6785">
              <w:rPr>
                <w:color w:val="000000" w:themeColor="text1"/>
                <w:sz w:val="20"/>
                <w:szCs w:val="20"/>
              </w:rPr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00" w:type="dxa"/>
          </w:tcPr>
          <w:p w14:paraId="5BD45D1E" w14:textId="121B027E" w:rsidR="007B3FD5" w:rsidRDefault="007B3FD5" w:rsidP="007B3FD5">
            <w:pPr>
              <w:spacing w:before="20" w:after="20"/>
              <w:jc w:val="center"/>
            </w:pPr>
            <w:r w:rsidRPr="008D6785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785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D6785">
              <w:rPr>
                <w:color w:val="000000" w:themeColor="text1"/>
                <w:sz w:val="20"/>
                <w:szCs w:val="20"/>
              </w:rPr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7D051FDC" w14:textId="77777777" w:rsidR="007B3FD5" w:rsidRDefault="007B3FD5" w:rsidP="007B3FD5">
            <w:pPr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</w:rPr>
              <w:t>9.</w:t>
            </w:r>
          </w:p>
        </w:tc>
        <w:tc>
          <w:tcPr>
            <w:tcW w:w="2891" w:type="dxa"/>
            <w:vAlign w:val="center"/>
          </w:tcPr>
          <w:p w14:paraId="48A44491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Şekiller dizini sayfası</w:t>
            </w:r>
          </w:p>
        </w:tc>
        <w:tc>
          <w:tcPr>
            <w:tcW w:w="700" w:type="dxa"/>
          </w:tcPr>
          <w:p w14:paraId="60E73C13" w14:textId="697D8A5C" w:rsidR="007B3FD5" w:rsidRDefault="007B3FD5" w:rsidP="007B3FD5">
            <w:pPr>
              <w:spacing w:before="20" w:after="20"/>
              <w:jc w:val="center"/>
            </w:pPr>
            <w:r w:rsidRPr="00072DEE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2DEE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072DEE">
              <w:rPr>
                <w:color w:val="000000" w:themeColor="text1"/>
                <w:sz w:val="20"/>
                <w:szCs w:val="20"/>
              </w:rPr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00" w:type="dxa"/>
          </w:tcPr>
          <w:p w14:paraId="21F89718" w14:textId="04E0D87A" w:rsidR="007B3FD5" w:rsidRDefault="007B3FD5" w:rsidP="007B3FD5">
            <w:pPr>
              <w:spacing w:before="20" w:after="20"/>
              <w:jc w:val="center"/>
            </w:pPr>
            <w:r w:rsidRPr="00072DEE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2DEE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072DEE">
              <w:rPr>
                <w:color w:val="000000" w:themeColor="text1"/>
                <w:sz w:val="20"/>
                <w:szCs w:val="20"/>
              </w:rPr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B3FD5" w14:paraId="02DD9FD7" w14:textId="77777777" w:rsidTr="009C68B6">
        <w:trPr>
          <w:cantSplit/>
          <w:trHeight w:val="270"/>
        </w:trPr>
        <w:tc>
          <w:tcPr>
            <w:tcW w:w="500" w:type="dxa"/>
            <w:vAlign w:val="center"/>
          </w:tcPr>
          <w:p w14:paraId="3CA8C485" w14:textId="77777777" w:rsidR="007B3FD5" w:rsidRDefault="007B3FD5" w:rsidP="007B3FD5">
            <w:pPr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2891" w:type="dxa"/>
            <w:vAlign w:val="center"/>
          </w:tcPr>
          <w:p w14:paraId="3187F736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İç kapak sayfası</w:t>
            </w:r>
          </w:p>
        </w:tc>
        <w:tc>
          <w:tcPr>
            <w:tcW w:w="700" w:type="dxa"/>
          </w:tcPr>
          <w:p w14:paraId="4823A4BD" w14:textId="085CE306" w:rsidR="007B3FD5" w:rsidRDefault="007B3FD5" w:rsidP="007B3FD5">
            <w:pPr>
              <w:spacing w:before="20" w:after="20"/>
              <w:jc w:val="center"/>
            </w:pPr>
            <w:r w:rsidRPr="008D6785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785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D6785">
              <w:rPr>
                <w:color w:val="000000" w:themeColor="text1"/>
                <w:sz w:val="20"/>
                <w:szCs w:val="20"/>
              </w:rPr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00" w:type="dxa"/>
          </w:tcPr>
          <w:p w14:paraId="1A73C380" w14:textId="49EF0C59" w:rsidR="007B3FD5" w:rsidRDefault="007B3FD5" w:rsidP="007B3FD5">
            <w:pPr>
              <w:spacing w:before="20" w:after="20"/>
              <w:jc w:val="center"/>
            </w:pPr>
            <w:r w:rsidRPr="008D6785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785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D6785">
              <w:rPr>
                <w:color w:val="000000" w:themeColor="text1"/>
                <w:sz w:val="20"/>
                <w:szCs w:val="20"/>
              </w:rPr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661FBAFF" w14:textId="77777777" w:rsidR="007B3FD5" w:rsidRDefault="007B3FD5" w:rsidP="007B3FD5">
            <w:pPr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</w:rPr>
              <w:t>10.</w:t>
            </w:r>
          </w:p>
        </w:tc>
        <w:tc>
          <w:tcPr>
            <w:tcW w:w="2891" w:type="dxa"/>
            <w:vAlign w:val="center"/>
          </w:tcPr>
          <w:p w14:paraId="6A55BD00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Diğer dizin sayfaları (varsa)</w:t>
            </w:r>
          </w:p>
        </w:tc>
        <w:tc>
          <w:tcPr>
            <w:tcW w:w="700" w:type="dxa"/>
          </w:tcPr>
          <w:p w14:paraId="76408635" w14:textId="63EA44A9" w:rsidR="007B3FD5" w:rsidRDefault="007B3FD5" w:rsidP="007B3FD5">
            <w:pPr>
              <w:spacing w:before="20" w:after="20"/>
              <w:jc w:val="center"/>
            </w:pPr>
            <w:r w:rsidRPr="00072DEE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2DEE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072DEE">
              <w:rPr>
                <w:color w:val="000000" w:themeColor="text1"/>
                <w:sz w:val="20"/>
                <w:szCs w:val="20"/>
              </w:rPr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00" w:type="dxa"/>
          </w:tcPr>
          <w:p w14:paraId="24699DF6" w14:textId="08C1C107" w:rsidR="007B3FD5" w:rsidRDefault="007B3FD5" w:rsidP="007B3FD5">
            <w:pPr>
              <w:spacing w:before="20" w:after="20"/>
              <w:jc w:val="center"/>
            </w:pPr>
            <w:r w:rsidRPr="00072DEE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2DEE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072DEE">
              <w:rPr>
                <w:color w:val="000000" w:themeColor="text1"/>
                <w:sz w:val="20"/>
                <w:szCs w:val="20"/>
              </w:rPr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B3FD5" w14:paraId="62DECD41" w14:textId="77777777" w:rsidTr="009C68B6">
        <w:trPr>
          <w:cantSplit/>
          <w:trHeight w:val="270"/>
        </w:trPr>
        <w:tc>
          <w:tcPr>
            <w:tcW w:w="500" w:type="dxa"/>
            <w:vAlign w:val="center"/>
          </w:tcPr>
          <w:p w14:paraId="0B49BACC" w14:textId="77777777" w:rsidR="007B3FD5" w:rsidRDefault="007B3FD5" w:rsidP="007B3FD5">
            <w:pPr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2891" w:type="dxa"/>
            <w:vAlign w:val="center"/>
          </w:tcPr>
          <w:p w14:paraId="268FE6BA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Onay sayfası</w:t>
            </w:r>
          </w:p>
        </w:tc>
        <w:tc>
          <w:tcPr>
            <w:tcW w:w="700" w:type="dxa"/>
          </w:tcPr>
          <w:p w14:paraId="79932408" w14:textId="771DBA02" w:rsidR="007B3FD5" w:rsidRDefault="007B3FD5" w:rsidP="007B3FD5">
            <w:pPr>
              <w:spacing w:before="20" w:after="20"/>
              <w:jc w:val="center"/>
            </w:pPr>
            <w:r w:rsidRPr="008D6785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785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D6785">
              <w:rPr>
                <w:color w:val="000000" w:themeColor="text1"/>
                <w:sz w:val="20"/>
                <w:szCs w:val="20"/>
              </w:rPr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00" w:type="dxa"/>
          </w:tcPr>
          <w:p w14:paraId="1CDA39E3" w14:textId="5123FE19" w:rsidR="007B3FD5" w:rsidRDefault="007B3FD5" w:rsidP="007B3FD5">
            <w:pPr>
              <w:spacing w:before="20" w:after="20"/>
              <w:jc w:val="center"/>
            </w:pPr>
            <w:r w:rsidRPr="008D6785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785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D6785">
              <w:rPr>
                <w:color w:val="000000" w:themeColor="text1"/>
                <w:sz w:val="20"/>
                <w:szCs w:val="20"/>
              </w:rPr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7AEB75A1" w14:textId="77777777" w:rsidR="007B3FD5" w:rsidRDefault="007B3FD5" w:rsidP="007B3FD5">
            <w:pPr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</w:rPr>
              <w:t>11.</w:t>
            </w:r>
          </w:p>
        </w:tc>
        <w:tc>
          <w:tcPr>
            <w:tcW w:w="2891" w:type="dxa"/>
            <w:vAlign w:val="center"/>
          </w:tcPr>
          <w:p w14:paraId="360C9C39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Simgeler ve kısaltmalar dizini sayfası</w:t>
            </w:r>
          </w:p>
        </w:tc>
        <w:tc>
          <w:tcPr>
            <w:tcW w:w="700" w:type="dxa"/>
          </w:tcPr>
          <w:p w14:paraId="1CD1FE6A" w14:textId="487D2D2C" w:rsidR="007B3FD5" w:rsidRDefault="007B3FD5" w:rsidP="007B3FD5">
            <w:pPr>
              <w:spacing w:before="20" w:after="20"/>
              <w:jc w:val="center"/>
            </w:pPr>
            <w:r w:rsidRPr="00072DEE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2DEE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072DEE">
              <w:rPr>
                <w:color w:val="000000" w:themeColor="text1"/>
                <w:sz w:val="20"/>
                <w:szCs w:val="20"/>
              </w:rPr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00" w:type="dxa"/>
          </w:tcPr>
          <w:p w14:paraId="3F19FBD4" w14:textId="66D5FBB5" w:rsidR="007B3FD5" w:rsidRDefault="007B3FD5" w:rsidP="007B3FD5">
            <w:pPr>
              <w:spacing w:before="20" w:after="20"/>
              <w:jc w:val="center"/>
            </w:pPr>
            <w:r w:rsidRPr="00072DEE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2DEE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072DEE">
              <w:rPr>
                <w:color w:val="000000" w:themeColor="text1"/>
                <w:sz w:val="20"/>
                <w:szCs w:val="20"/>
              </w:rPr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B3FD5" w14:paraId="1FED7CCF" w14:textId="77777777" w:rsidTr="009C68B6">
        <w:trPr>
          <w:cantSplit/>
          <w:trHeight w:val="270"/>
        </w:trPr>
        <w:tc>
          <w:tcPr>
            <w:tcW w:w="500" w:type="dxa"/>
            <w:vAlign w:val="center"/>
          </w:tcPr>
          <w:p w14:paraId="18751D45" w14:textId="77777777" w:rsidR="007B3FD5" w:rsidRDefault="007B3FD5" w:rsidP="007B3FD5">
            <w:pPr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2891" w:type="dxa"/>
            <w:vAlign w:val="center"/>
          </w:tcPr>
          <w:p w14:paraId="5FF08DB2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Tez bildirim sayfası</w:t>
            </w:r>
          </w:p>
        </w:tc>
        <w:tc>
          <w:tcPr>
            <w:tcW w:w="700" w:type="dxa"/>
          </w:tcPr>
          <w:p w14:paraId="2A78D742" w14:textId="25D0EF67" w:rsidR="007B3FD5" w:rsidRDefault="007B3FD5" w:rsidP="007B3FD5">
            <w:pPr>
              <w:spacing w:before="20" w:after="20"/>
              <w:jc w:val="center"/>
            </w:pPr>
            <w:r w:rsidRPr="008D6785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785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D6785">
              <w:rPr>
                <w:color w:val="000000" w:themeColor="text1"/>
                <w:sz w:val="20"/>
                <w:szCs w:val="20"/>
              </w:rPr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00" w:type="dxa"/>
          </w:tcPr>
          <w:p w14:paraId="78E6C089" w14:textId="323F0202" w:rsidR="007B3FD5" w:rsidRDefault="007B3FD5" w:rsidP="007B3FD5">
            <w:pPr>
              <w:spacing w:before="20" w:after="20"/>
              <w:jc w:val="center"/>
            </w:pPr>
            <w:r w:rsidRPr="008D6785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785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D6785">
              <w:rPr>
                <w:color w:val="000000" w:themeColor="text1"/>
                <w:sz w:val="20"/>
                <w:szCs w:val="20"/>
              </w:rPr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47754580" w14:textId="77777777" w:rsidR="007B3FD5" w:rsidRDefault="007B3FD5" w:rsidP="007B3FD5">
            <w:pPr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</w:rPr>
              <w:t>12.</w:t>
            </w:r>
          </w:p>
        </w:tc>
        <w:tc>
          <w:tcPr>
            <w:tcW w:w="2891" w:type="dxa"/>
            <w:vAlign w:val="center"/>
          </w:tcPr>
          <w:p w14:paraId="78F81165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Giriş, tez metni, sonuç sayfaları</w:t>
            </w:r>
          </w:p>
        </w:tc>
        <w:tc>
          <w:tcPr>
            <w:tcW w:w="700" w:type="dxa"/>
          </w:tcPr>
          <w:p w14:paraId="5FC03DFC" w14:textId="3B7852D8" w:rsidR="007B3FD5" w:rsidRDefault="007B3FD5" w:rsidP="007B3FD5">
            <w:pPr>
              <w:spacing w:before="20" w:after="20"/>
              <w:jc w:val="center"/>
            </w:pPr>
            <w:r w:rsidRPr="00072DEE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2DEE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072DEE">
              <w:rPr>
                <w:color w:val="000000" w:themeColor="text1"/>
                <w:sz w:val="20"/>
                <w:szCs w:val="20"/>
              </w:rPr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00" w:type="dxa"/>
          </w:tcPr>
          <w:p w14:paraId="6D16D4C5" w14:textId="675D04F4" w:rsidR="007B3FD5" w:rsidRDefault="007B3FD5" w:rsidP="007B3FD5">
            <w:pPr>
              <w:spacing w:before="20" w:after="20"/>
              <w:jc w:val="center"/>
            </w:pPr>
            <w:r w:rsidRPr="00072DEE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2DEE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072DEE">
              <w:rPr>
                <w:color w:val="000000" w:themeColor="text1"/>
                <w:sz w:val="20"/>
                <w:szCs w:val="20"/>
              </w:rPr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B3FD5" w14:paraId="2F95639F" w14:textId="77777777" w:rsidTr="009C68B6">
        <w:trPr>
          <w:cantSplit/>
          <w:trHeight w:val="270"/>
        </w:trPr>
        <w:tc>
          <w:tcPr>
            <w:tcW w:w="500" w:type="dxa"/>
            <w:vAlign w:val="center"/>
          </w:tcPr>
          <w:p w14:paraId="74D9D29C" w14:textId="77777777" w:rsidR="007B3FD5" w:rsidRDefault="007B3FD5" w:rsidP="007B3FD5">
            <w:pPr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2891" w:type="dxa"/>
            <w:vAlign w:val="center"/>
          </w:tcPr>
          <w:p w14:paraId="63719A77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Özet sayfası</w:t>
            </w:r>
          </w:p>
        </w:tc>
        <w:tc>
          <w:tcPr>
            <w:tcW w:w="700" w:type="dxa"/>
          </w:tcPr>
          <w:p w14:paraId="183FA15F" w14:textId="64ACFB75" w:rsidR="007B3FD5" w:rsidRDefault="007B3FD5" w:rsidP="007B3FD5">
            <w:pPr>
              <w:spacing w:before="20" w:after="20"/>
              <w:jc w:val="center"/>
            </w:pPr>
            <w:r w:rsidRPr="008D6785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785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D6785">
              <w:rPr>
                <w:color w:val="000000" w:themeColor="text1"/>
                <w:sz w:val="20"/>
                <w:szCs w:val="20"/>
              </w:rPr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00" w:type="dxa"/>
          </w:tcPr>
          <w:p w14:paraId="5C1E80B1" w14:textId="57C7F4A0" w:rsidR="007B3FD5" w:rsidRDefault="007B3FD5" w:rsidP="007B3FD5">
            <w:pPr>
              <w:spacing w:before="20" w:after="20"/>
              <w:jc w:val="center"/>
            </w:pPr>
            <w:r w:rsidRPr="008D6785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785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D6785">
              <w:rPr>
                <w:color w:val="000000" w:themeColor="text1"/>
                <w:sz w:val="20"/>
                <w:szCs w:val="20"/>
              </w:rPr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193BF592" w14:textId="77777777" w:rsidR="007B3FD5" w:rsidRDefault="007B3FD5" w:rsidP="007B3FD5">
            <w:pPr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</w:rPr>
              <w:t>13.</w:t>
            </w:r>
          </w:p>
        </w:tc>
        <w:tc>
          <w:tcPr>
            <w:tcW w:w="2891" w:type="dxa"/>
            <w:vAlign w:val="center"/>
          </w:tcPr>
          <w:p w14:paraId="2C48B1C4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Kaynaklar sayfaları</w:t>
            </w:r>
          </w:p>
        </w:tc>
        <w:tc>
          <w:tcPr>
            <w:tcW w:w="700" w:type="dxa"/>
          </w:tcPr>
          <w:p w14:paraId="7BD869DE" w14:textId="617FC8E9" w:rsidR="007B3FD5" w:rsidRDefault="007B3FD5" w:rsidP="007B3FD5">
            <w:pPr>
              <w:spacing w:before="20" w:after="20"/>
              <w:jc w:val="center"/>
            </w:pPr>
            <w:r w:rsidRPr="00072DEE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2DEE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072DEE">
              <w:rPr>
                <w:color w:val="000000" w:themeColor="text1"/>
                <w:sz w:val="20"/>
                <w:szCs w:val="20"/>
              </w:rPr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00" w:type="dxa"/>
          </w:tcPr>
          <w:p w14:paraId="3862564C" w14:textId="264E725E" w:rsidR="007B3FD5" w:rsidRDefault="007B3FD5" w:rsidP="007B3FD5">
            <w:pPr>
              <w:spacing w:before="20" w:after="20"/>
              <w:jc w:val="center"/>
            </w:pPr>
            <w:r w:rsidRPr="00072DEE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2DEE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072DEE">
              <w:rPr>
                <w:color w:val="000000" w:themeColor="text1"/>
                <w:sz w:val="20"/>
                <w:szCs w:val="20"/>
              </w:rPr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B3FD5" w14:paraId="1F90E4A6" w14:textId="77777777" w:rsidTr="009C68B6">
        <w:trPr>
          <w:cantSplit/>
          <w:trHeight w:val="270"/>
        </w:trPr>
        <w:tc>
          <w:tcPr>
            <w:tcW w:w="500" w:type="dxa"/>
            <w:vAlign w:val="center"/>
          </w:tcPr>
          <w:p w14:paraId="111BA594" w14:textId="77777777" w:rsidR="007B3FD5" w:rsidRDefault="007B3FD5" w:rsidP="007B3FD5">
            <w:pPr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2891" w:type="dxa"/>
            <w:vAlign w:val="center"/>
          </w:tcPr>
          <w:p w14:paraId="6CABD7EF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Abstract sayfası</w:t>
            </w:r>
          </w:p>
        </w:tc>
        <w:tc>
          <w:tcPr>
            <w:tcW w:w="700" w:type="dxa"/>
          </w:tcPr>
          <w:p w14:paraId="1787DC5F" w14:textId="7DD84E40" w:rsidR="007B3FD5" w:rsidRDefault="007B3FD5" w:rsidP="007B3FD5">
            <w:pPr>
              <w:spacing w:before="20" w:after="20"/>
              <w:jc w:val="center"/>
            </w:pPr>
            <w:r w:rsidRPr="008D6785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785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D6785">
              <w:rPr>
                <w:color w:val="000000" w:themeColor="text1"/>
                <w:sz w:val="20"/>
                <w:szCs w:val="20"/>
              </w:rPr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00" w:type="dxa"/>
          </w:tcPr>
          <w:p w14:paraId="521DD53E" w14:textId="053DD976" w:rsidR="007B3FD5" w:rsidRDefault="007B3FD5" w:rsidP="007B3FD5">
            <w:pPr>
              <w:spacing w:before="20" w:after="20"/>
              <w:jc w:val="center"/>
            </w:pPr>
            <w:r w:rsidRPr="008D6785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785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D6785">
              <w:rPr>
                <w:color w:val="000000" w:themeColor="text1"/>
                <w:sz w:val="20"/>
                <w:szCs w:val="20"/>
              </w:rPr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5D8A9638" w14:textId="77777777" w:rsidR="007B3FD5" w:rsidRDefault="007B3FD5" w:rsidP="007B3FD5">
            <w:pPr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</w:rPr>
              <w:t>14.</w:t>
            </w:r>
          </w:p>
        </w:tc>
        <w:tc>
          <w:tcPr>
            <w:tcW w:w="2891" w:type="dxa"/>
            <w:vAlign w:val="center"/>
          </w:tcPr>
          <w:p w14:paraId="28B1D55C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Ekler sayfaları (varsa)</w:t>
            </w:r>
          </w:p>
        </w:tc>
        <w:tc>
          <w:tcPr>
            <w:tcW w:w="700" w:type="dxa"/>
          </w:tcPr>
          <w:p w14:paraId="4952FD4B" w14:textId="2E8DA2B8" w:rsidR="007B3FD5" w:rsidRDefault="007B3FD5" w:rsidP="007B3FD5">
            <w:pPr>
              <w:spacing w:before="20" w:after="20"/>
              <w:jc w:val="center"/>
            </w:pPr>
            <w:r w:rsidRPr="00072DEE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2DEE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072DEE">
              <w:rPr>
                <w:color w:val="000000" w:themeColor="text1"/>
                <w:sz w:val="20"/>
                <w:szCs w:val="20"/>
              </w:rPr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00" w:type="dxa"/>
          </w:tcPr>
          <w:p w14:paraId="0FCBFC0B" w14:textId="7E179D83" w:rsidR="007B3FD5" w:rsidRDefault="007B3FD5" w:rsidP="007B3FD5">
            <w:pPr>
              <w:spacing w:before="20" w:after="20"/>
              <w:jc w:val="center"/>
            </w:pPr>
            <w:r w:rsidRPr="00072DEE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2DEE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072DEE">
              <w:rPr>
                <w:color w:val="000000" w:themeColor="text1"/>
                <w:sz w:val="20"/>
                <w:szCs w:val="20"/>
              </w:rPr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B3FD5" w14:paraId="4605B26F" w14:textId="77777777" w:rsidTr="009C68B6">
        <w:trPr>
          <w:cantSplit/>
          <w:trHeight w:val="270"/>
        </w:trPr>
        <w:tc>
          <w:tcPr>
            <w:tcW w:w="500" w:type="dxa"/>
            <w:vAlign w:val="center"/>
          </w:tcPr>
          <w:p w14:paraId="14A0860E" w14:textId="77777777" w:rsidR="007B3FD5" w:rsidRDefault="007B3FD5" w:rsidP="007B3FD5">
            <w:pPr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2891" w:type="dxa"/>
            <w:vAlign w:val="center"/>
          </w:tcPr>
          <w:p w14:paraId="6D438114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Teşekkür sayfası</w:t>
            </w:r>
          </w:p>
        </w:tc>
        <w:tc>
          <w:tcPr>
            <w:tcW w:w="700" w:type="dxa"/>
          </w:tcPr>
          <w:p w14:paraId="51BBCCBB" w14:textId="7D3CC2EC" w:rsidR="007B3FD5" w:rsidRDefault="007B3FD5" w:rsidP="007B3FD5">
            <w:pPr>
              <w:spacing w:before="20" w:after="20"/>
              <w:jc w:val="center"/>
            </w:pPr>
            <w:r w:rsidRPr="008D6785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785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D6785">
              <w:rPr>
                <w:color w:val="000000" w:themeColor="text1"/>
                <w:sz w:val="20"/>
                <w:szCs w:val="20"/>
              </w:rPr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00" w:type="dxa"/>
          </w:tcPr>
          <w:p w14:paraId="2CAA1480" w14:textId="229F9D3C" w:rsidR="007B3FD5" w:rsidRDefault="007B3FD5" w:rsidP="007B3FD5">
            <w:pPr>
              <w:spacing w:before="20" w:after="20"/>
              <w:jc w:val="center"/>
            </w:pPr>
            <w:r w:rsidRPr="008D6785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785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D6785">
              <w:rPr>
                <w:color w:val="000000" w:themeColor="text1"/>
                <w:sz w:val="20"/>
                <w:szCs w:val="20"/>
              </w:rPr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13E141ED" w14:textId="77777777" w:rsidR="007B3FD5" w:rsidRDefault="007B3FD5" w:rsidP="007B3FD5">
            <w:pPr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</w:rPr>
              <w:t>15.</w:t>
            </w:r>
          </w:p>
        </w:tc>
        <w:tc>
          <w:tcPr>
            <w:tcW w:w="2891" w:type="dxa"/>
            <w:vAlign w:val="center"/>
          </w:tcPr>
          <w:p w14:paraId="43AAE941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Özgeçmiş sayfası</w:t>
            </w:r>
          </w:p>
        </w:tc>
        <w:tc>
          <w:tcPr>
            <w:tcW w:w="700" w:type="dxa"/>
          </w:tcPr>
          <w:p w14:paraId="0EC33962" w14:textId="749B3A05" w:rsidR="007B3FD5" w:rsidRDefault="007B3FD5" w:rsidP="007B3FD5">
            <w:pPr>
              <w:spacing w:before="20" w:after="20"/>
              <w:jc w:val="center"/>
            </w:pPr>
            <w:r w:rsidRPr="00072DEE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2DEE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072DEE">
              <w:rPr>
                <w:color w:val="000000" w:themeColor="text1"/>
                <w:sz w:val="20"/>
                <w:szCs w:val="20"/>
              </w:rPr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00" w:type="dxa"/>
          </w:tcPr>
          <w:p w14:paraId="727D251D" w14:textId="5ED25157" w:rsidR="007B3FD5" w:rsidRDefault="007B3FD5" w:rsidP="007B3FD5">
            <w:pPr>
              <w:spacing w:before="20" w:after="20"/>
              <w:jc w:val="center"/>
            </w:pPr>
            <w:r w:rsidRPr="00072DEE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2DEE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072DEE">
              <w:rPr>
                <w:color w:val="000000" w:themeColor="text1"/>
                <w:sz w:val="20"/>
                <w:szCs w:val="20"/>
              </w:rPr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B3FD5" w14:paraId="4C93A61C" w14:textId="77777777" w:rsidTr="009C68B6">
        <w:trPr>
          <w:cantSplit/>
          <w:trHeight w:val="270"/>
        </w:trPr>
        <w:tc>
          <w:tcPr>
            <w:tcW w:w="500" w:type="dxa"/>
            <w:vAlign w:val="center"/>
          </w:tcPr>
          <w:p w14:paraId="639B318D" w14:textId="77777777" w:rsidR="007B3FD5" w:rsidRDefault="007B3FD5" w:rsidP="007B3FD5">
            <w:pPr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2891" w:type="dxa"/>
            <w:vAlign w:val="center"/>
          </w:tcPr>
          <w:p w14:paraId="53C8D745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İçindekiler sayfası</w:t>
            </w:r>
          </w:p>
        </w:tc>
        <w:tc>
          <w:tcPr>
            <w:tcW w:w="700" w:type="dxa"/>
          </w:tcPr>
          <w:p w14:paraId="5AF7653B" w14:textId="198FCC24" w:rsidR="007B3FD5" w:rsidRDefault="007B3FD5" w:rsidP="007B3FD5">
            <w:pPr>
              <w:spacing w:before="20" w:after="20"/>
              <w:jc w:val="center"/>
            </w:pPr>
            <w:r w:rsidRPr="008D6785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785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D6785">
              <w:rPr>
                <w:color w:val="000000" w:themeColor="text1"/>
                <w:sz w:val="20"/>
                <w:szCs w:val="20"/>
              </w:rPr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00" w:type="dxa"/>
          </w:tcPr>
          <w:p w14:paraId="5FF3693D" w14:textId="53D01D39" w:rsidR="007B3FD5" w:rsidRDefault="007B3FD5" w:rsidP="007B3FD5">
            <w:pPr>
              <w:spacing w:before="20" w:after="20"/>
              <w:jc w:val="center"/>
            </w:pPr>
            <w:r w:rsidRPr="008D6785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6785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8D6785">
              <w:rPr>
                <w:color w:val="000000" w:themeColor="text1"/>
                <w:sz w:val="20"/>
                <w:szCs w:val="20"/>
              </w:rPr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8D6785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00" w:type="dxa"/>
            <w:vAlign w:val="center"/>
          </w:tcPr>
          <w:p w14:paraId="18193D14" w14:textId="77777777" w:rsidR="007B3FD5" w:rsidRDefault="007B3FD5" w:rsidP="007B3FD5">
            <w:pPr>
              <w:spacing w:before="20" w:after="20"/>
              <w:jc w:val="center"/>
            </w:pPr>
            <w:r>
              <w:rPr>
                <w:color w:val="000000"/>
                <w:sz w:val="18"/>
                <w:szCs w:val="18"/>
              </w:rPr>
              <w:t>16.</w:t>
            </w:r>
          </w:p>
        </w:tc>
        <w:tc>
          <w:tcPr>
            <w:tcW w:w="2891" w:type="dxa"/>
            <w:vAlign w:val="center"/>
          </w:tcPr>
          <w:p w14:paraId="1B48DBAB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Tez cildi arka kapağı</w:t>
            </w:r>
          </w:p>
        </w:tc>
        <w:tc>
          <w:tcPr>
            <w:tcW w:w="700" w:type="dxa"/>
          </w:tcPr>
          <w:p w14:paraId="551FF9D3" w14:textId="652273E0" w:rsidR="007B3FD5" w:rsidRDefault="007B3FD5" w:rsidP="007B3FD5">
            <w:pPr>
              <w:spacing w:before="20" w:after="20"/>
              <w:jc w:val="center"/>
            </w:pPr>
            <w:r w:rsidRPr="00072DEE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2DEE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072DEE">
              <w:rPr>
                <w:color w:val="000000" w:themeColor="text1"/>
                <w:sz w:val="20"/>
                <w:szCs w:val="20"/>
              </w:rPr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700" w:type="dxa"/>
          </w:tcPr>
          <w:p w14:paraId="46BFF12A" w14:textId="73203757" w:rsidR="007B3FD5" w:rsidRDefault="007B3FD5" w:rsidP="007B3FD5">
            <w:pPr>
              <w:spacing w:before="20" w:after="20"/>
              <w:jc w:val="center"/>
            </w:pPr>
            <w:r w:rsidRPr="00072DEE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2DEE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072DEE">
              <w:rPr>
                <w:color w:val="000000" w:themeColor="text1"/>
                <w:sz w:val="20"/>
                <w:szCs w:val="20"/>
              </w:rPr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072DEE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57584F72" w14:textId="77777777" w:rsidR="005D0CC5" w:rsidRDefault="00000000">
      <w:pPr>
        <w:keepNext/>
        <w:pBdr>
          <w:bottom w:val="single" w:sz="8" w:space="0" w:color="D5BC8A"/>
        </w:pBdr>
        <w:spacing w:before="180" w:after="80"/>
      </w:pPr>
      <w:r>
        <w:rPr>
          <w:b/>
        </w:rPr>
        <w:t>KURALLARA UYGUNLUK</w:t>
      </w:r>
    </w:p>
    <w:tbl>
      <w:tblPr>
        <w:tblW w:w="9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91"/>
        <w:gridCol w:w="800"/>
        <w:gridCol w:w="800"/>
        <w:gridCol w:w="3191"/>
        <w:gridCol w:w="800"/>
        <w:gridCol w:w="800"/>
      </w:tblGrid>
      <w:tr w:rsidR="005D0CC5" w14:paraId="6CD43E7E" w14:textId="77777777">
        <w:trPr>
          <w:trHeight w:val="400"/>
          <w:tblHeader/>
        </w:trPr>
        <w:tc>
          <w:tcPr>
            <w:tcW w:w="3191" w:type="dxa"/>
            <w:vAlign w:val="center"/>
          </w:tcPr>
          <w:p w14:paraId="71ECA8FE" w14:textId="77777777" w:rsidR="005D0CC5" w:rsidRDefault="00000000">
            <w:pPr>
              <w:spacing w:before="20" w:after="20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Kriter</w:t>
            </w:r>
          </w:p>
        </w:tc>
        <w:tc>
          <w:tcPr>
            <w:tcW w:w="800" w:type="dxa"/>
            <w:vAlign w:val="center"/>
          </w:tcPr>
          <w:p w14:paraId="1F1C1DA6" w14:textId="77777777" w:rsidR="005D0CC5" w:rsidRDefault="00000000">
            <w:pPr>
              <w:spacing w:before="20" w:after="20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Evet</w:t>
            </w:r>
          </w:p>
        </w:tc>
        <w:tc>
          <w:tcPr>
            <w:tcW w:w="800" w:type="dxa"/>
            <w:vAlign w:val="center"/>
          </w:tcPr>
          <w:p w14:paraId="14AA2912" w14:textId="77777777" w:rsidR="005D0CC5" w:rsidRDefault="00000000">
            <w:pPr>
              <w:spacing w:before="20" w:after="20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Hayır</w:t>
            </w:r>
          </w:p>
        </w:tc>
        <w:tc>
          <w:tcPr>
            <w:tcW w:w="3191" w:type="dxa"/>
            <w:vAlign w:val="center"/>
          </w:tcPr>
          <w:p w14:paraId="5EF6611E" w14:textId="77777777" w:rsidR="005D0CC5" w:rsidRDefault="00000000">
            <w:pPr>
              <w:spacing w:before="20" w:after="20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Kriter</w:t>
            </w:r>
          </w:p>
        </w:tc>
        <w:tc>
          <w:tcPr>
            <w:tcW w:w="800" w:type="dxa"/>
            <w:vAlign w:val="center"/>
          </w:tcPr>
          <w:p w14:paraId="2CF8A3FA" w14:textId="77777777" w:rsidR="005D0CC5" w:rsidRDefault="00000000">
            <w:pPr>
              <w:spacing w:before="20" w:after="20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Evet</w:t>
            </w:r>
          </w:p>
        </w:tc>
        <w:tc>
          <w:tcPr>
            <w:tcW w:w="800" w:type="dxa"/>
            <w:vAlign w:val="center"/>
          </w:tcPr>
          <w:p w14:paraId="59B76CC2" w14:textId="77777777" w:rsidR="005D0CC5" w:rsidRDefault="00000000">
            <w:pPr>
              <w:spacing w:before="20" w:after="20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Hayır</w:t>
            </w:r>
          </w:p>
        </w:tc>
      </w:tr>
      <w:tr w:rsidR="007B3FD5" w14:paraId="2B686C4A" w14:textId="77777777" w:rsidTr="00E34C8A">
        <w:trPr>
          <w:cantSplit/>
          <w:trHeight w:val="270"/>
        </w:trPr>
        <w:tc>
          <w:tcPr>
            <w:tcW w:w="3191" w:type="dxa"/>
            <w:vAlign w:val="center"/>
          </w:tcPr>
          <w:p w14:paraId="256E56D2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Dış kapak formatı uygun</w:t>
            </w:r>
          </w:p>
        </w:tc>
        <w:tc>
          <w:tcPr>
            <w:tcW w:w="800" w:type="dxa"/>
          </w:tcPr>
          <w:p w14:paraId="1505711C" w14:textId="02E67334" w:rsidR="007B3FD5" w:rsidRDefault="007B3FD5" w:rsidP="007B3FD5">
            <w:pPr>
              <w:spacing w:before="20" w:after="20"/>
              <w:jc w:val="center"/>
            </w:pPr>
            <w:r w:rsidRPr="00601EB9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1EB9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601EB9">
              <w:rPr>
                <w:color w:val="000000" w:themeColor="text1"/>
                <w:sz w:val="20"/>
                <w:szCs w:val="20"/>
              </w:rPr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0CD10934" w14:textId="54EE5BB7" w:rsidR="007B3FD5" w:rsidRDefault="007B3FD5" w:rsidP="007B3FD5">
            <w:pPr>
              <w:spacing w:before="20" w:after="20"/>
              <w:jc w:val="center"/>
            </w:pPr>
            <w:r w:rsidRPr="00601EB9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1EB9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601EB9">
              <w:rPr>
                <w:color w:val="000000" w:themeColor="text1"/>
                <w:sz w:val="20"/>
                <w:szCs w:val="20"/>
              </w:rPr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191" w:type="dxa"/>
            <w:vAlign w:val="center"/>
          </w:tcPr>
          <w:p w14:paraId="4A5AD50D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80-100 gr A4 kâğıdı kullanıldı</w:t>
            </w:r>
          </w:p>
        </w:tc>
        <w:tc>
          <w:tcPr>
            <w:tcW w:w="800" w:type="dxa"/>
          </w:tcPr>
          <w:p w14:paraId="19AC204D" w14:textId="342F1128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7B5FF5DF" w14:textId="60C798B4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B3FD5" w14:paraId="5875B3D7" w14:textId="77777777" w:rsidTr="00E34C8A">
        <w:trPr>
          <w:cantSplit/>
          <w:trHeight w:val="270"/>
        </w:trPr>
        <w:tc>
          <w:tcPr>
            <w:tcW w:w="3191" w:type="dxa"/>
            <w:vAlign w:val="center"/>
          </w:tcPr>
          <w:p w14:paraId="600F2B85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İç kapak formatı ve içeriği uygun</w:t>
            </w:r>
          </w:p>
        </w:tc>
        <w:tc>
          <w:tcPr>
            <w:tcW w:w="800" w:type="dxa"/>
          </w:tcPr>
          <w:p w14:paraId="410588F3" w14:textId="33E6EF83" w:rsidR="007B3FD5" w:rsidRDefault="007B3FD5" w:rsidP="007B3FD5">
            <w:pPr>
              <w:spacing w:before="20" w:after="20"/>
              <w:jc w:val="center"/>
            </w:pPr>
            <w:r w:rsidRPr="00601EB9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1EB9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601EB9">
              <w:rPr>
                <w:color w:val="000000" w:themeColor="text1"/>
                <w:sz w:val="20"/>
                <w:szCs w:val="20"/>
              </w:rPr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0C63A0E1" w14:textId="03A357BD" w:rsidR="007B3FD5" w:rsidRDefault="007B3FD5" w:rsidP="007B3FD5">
            <w:pPr>
              <w:spacing w:before="20" w:after="20"/>
              <w:jc w:val="center"/>
            </w:pPr>
            <w:r w:rsidRPr="00601EB9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1EB9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601EB9">
              <w:rPr>
                <w:color w:val="000000" w:themeColor="text1"/>
                <w:sz w:val="20"/>
                <w:szCs w:val="20"/>
              </w:rPr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191" w:type="dxa"/>
            <w:vAlign w:val="center"/>
          </w:tcPr>
          <w:p w14:paraId="651F9FF8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Yazı karakteri ve boyutu uygun</w:t>
            </w:r>
          </w:p>
        </w:tc>
        <w:tc>
          <w:tcPr>
            <w:tcW w:w="800" w:type="dxa"/>
          </w:tcPr>
          <w:p w14:paraId="0948CAD5" w14:textId="2177025D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489A09C5" w14:textId="21A849CA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B3FD5" w14:paraId="2F623268" w14:textId="77777777" w:rsidTr="00E34C8A">
        <w:trPr>
          <w:cantSplit/>
          <w:trHeight w:val="270"/>
        </w:trPr>
        <w:tc>
          <w:tcPr>
            <w:tcW w:w="3191" w:type="dxa"/>
            <w:vAlign w:val="center"/>
          </w:tcPr>
          <w:p w14:paraId="368120D0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Onay sayfası formatı ve içeriği uygun</w:t>
            </w:r>
          </w:p>
        </w:tc>
        <w:tc>
          <w:tcPr>
            <w:tcW w:w="800" w:type="dxa"/>
          </w:tcPr>
          <w:p w14:paraId="12D4A003" w14:textId="57190D55" w:rsidR="007B3FD5" w:rsidRDefault="007B3FD5" w:rsidP="007B3FD5">
            <w:pPr>
              <w:spacing w:before="20" w:after="20"/>
              <w:jc w:val="center"/>
            </w:pPr>
            <w:r w:rsidRPr="00601EB9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1EB9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601EB9">
              <w:rPr>
                <w:color w:val="000000" w:themeColor="text1"/>
                <w:sz w:val="20"/>
                <w:szCs w:val="20"/>
              </w:rPr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020B3B68" w14:textId="685AEFC9" w:rsidR="007B3FD5" w:rsidRDefault="007B3FD5" w:rsidP="007B3FD5">
            <w:pPr>
              <w:spacing w:before="20" w:after="20"/>
              <w:jc w:val="center"/>
            </w:pPr>
            <w:r w:rsidRPr="00601EB9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1EB9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601EB9">
              <w:rPr>
                <w:color w:val="000000" w:themeColor="text1"/>
                <w:sz w:val="20"/>
                <w:szCs w:val="20"/>
              </w:rPr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191" w:type="dxa"/>
            <w:vAlign w:val="center"/>
          </w:tcPr>
          <w:p w14:paraId="03F2AD9F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Sayfa düzeni uygun</w:t>
            </w:r>
          </w:p>
        </w:tc>
        <w:tc>
          <w:tcPr>
            <w:tcW w:w="800" w:type="dxa"/>
          </w:tcPr>
          <w:p w14:paraId="0FFB6005" w14:textId="0A11574F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399F4D38" w14:textId="7ED6791D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B3FD5" w14:paraId="3A99B560" w14:textId="77777777" w:rsidTr="00E34C8A">
        <w:trPr>
          <w:cantSplit/>
          <w:trHeight w:val="270"/>
        </w:trPr>
        <w:tc>
          <w:tcPr>
            <w:tcW w:w="3191" w:type="dxa"/>
            <w:vAlign w:val="center"/>
          </w:tcPr>
          <w:p w14:paraId="653497F8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Tez bildirim sayfası formatı uygun</w:t>
            </w:r>
          </w:p>
        </w:tc>
        <w:tc>
          <w:tcPr>
            <w:tcW w:w="800" w:type="dxa"/>
          </w:tcPr>
          <w:p w14:paraId="2DB6FD48" w14:textId="543E348A" w:rsidR="007B3FD5" w:rsidRDefault="007B3FD5" w:rsidP="007B3FD5">
            <w:pPr>
              <w:spacing w:before="20" w:after="20"/>
              <w:jc w:val="center"/>
            </w:pPr>
            <w:r w:rsidRPr="00601EB9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1EB9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601EB9">
              <w:rPr>
                <w:color w:val="000000" w:themeColor="text1"/>
                <w:sz w:val="20"/>
                <w:szCs w:val="20"/>
              </w:rPr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601F741E" w14:textId="40AE6359" w:rsidR="007B3FD5" w:rsidRDefault="007B3FD5" w:rsidP="007B3FD5">
            <w:pPr>
              <w:spacing w:before="20" w:after="20"/>
              <w:jc w:val="center"/>
            </w:pPr>
            <w:r w:rsidRPr="00601EB9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1EB9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601EB9">
              <w:rPr>
                <w:color w:val="000000" w:themeColor="text1"/>
                <w:sz w:val="20"/>
                <w:szCs w:val="20"/>
              </w:rPr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191" w:type="dxa"/>
            <w:vAlign w:val="center"/>
          </w:tcPr>
          <w:p w14:paraId="31B68F3F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Satır aralıkları ve düzeni uygun</w:t>
            </w:r>
          </w:p>
        </w:tc>
        <w:tc>
          <w:tcPr>
            <w:tcW w:w="800" w:type="dxa"/>
          </w:tcPr>
          <w:p w14:paraId="43A23063" w14:textId="33079B67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40273143" w14:textId="374048D8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B3FD5" w14:paraId="64ED25C3" w14:textId="77777777" w:rsidTr="00E34C8A">
        <w:trPr>
          <w:cantSplit/>
          <w:trHeight w:val="270"/>
        </w:trPr>
        <w:tc>
          <w:tcPr>
            <w:tcW w:w="3191" w:type="dxa"/>
            <w:vAlign w:val="center"/>
          </w:tcPr>
          <w:p w14:paraId="35CFFC24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Öz sayfası formatı ve içeriği uygun</w:t>
            </w:r>
          </w:p>
        </w:tc>
        <w:tc>
          <w:tcPr>
            <w:tcW w:w="800" w:type="dxa"/>
          </w:tcPr>
          <w:p w14:paraId="0708C9DF" w14:textId="50A19EBA" w:rsidR="007B3FD5" w:rsidRDefault="007B3FD5" w:rsidP="007B3FD5">
            <w:pPr>
              <w:spacing w:before="20" w:after="20"/>
              <w:jc w:val="center"/>
            </w:pPr>
            <w:r w:rsidRPr="00601EB9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1EB9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601EB9">
              <w:rPr>
                <w:color w:val="000000" w:themeColor="text1"/>
                <w:sz w:val="20"/>
                <w:szCs w:val="20"/>
              </w:rPr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77352CDA" w14:textId="3C04514B" w:rsidR="007B3FD5" w:rsidRDefault="007B3FD5" w:rsidP="007B3FD5">
            <w:pPr>
              <w:spacing w:before="20" w:after="20"/>
              <w:jc w:val="center"/>
            </w:pPr>
            <w:r w:rsidRPr="00601EB9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1EB9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601EB9">
              <w:rPr>
                <w:color w:val="000000" w:themeColor="text1"/>
                <w:sz w:val="20"/>
                <w:szCs w:val="20"/>
              </w:rPr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191" w:type="dxa"/>
            <w:vAlign w:val="center"/>
          </w:tcPr>
          <w:p w14:paraId="4E0693EA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Başlıkların yazımı uygun</w:t>
            </w:r>
          </w:p>
        </w:tc>
        <w:tc>
          <w:tcPr>
            <w:tcW w:w="800" w:type="dxa"/>
          </w:tcPr>
          <w:p w14:paraId="6D65676C" w14:textId="7A0B341D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663D9E42" w14:textId="3CDE863F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B3FD5" w14:paraId="572A03EB" w14:textId="77777777" w:rsidTr="00E34C8A">
        <w:trPr>
          <w:cantSplit/>
          <w:trHeight w:val="270"/>
        </w:trPr>
        <w:tc>
          <w:tcPr>
            <w:tcW w:w="3191" w:type="dxa"/>
            <w:vAlign w:val="center"/>
          </w:tcPr>
          <w:p w14:paraId="78CE973B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Abstract sayfası formatı ve içeriği uygun</w:t>
            </w:r>
          </w:p>
        </w:tc>
        <w:tc>
          <w:tcPr>
            <w:tcW w:w="800" w:type="dxa"/>
          </w:tcPr>
          <w:p w14:paraId="288CBA21" w14:textId="094A3567" w:rsidR="007B3FD5" w:rsidRDefault="007B3FD5" w:rsidP="007B3FD5">
            <w:pPr>
              <w:spacing w:before="20" w:after="20"/>
              <w:jc w:val="center"/>
            </w:pPr>
            <w:r w:rsidRPr="00601EB9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1EB9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601EB9">
              <w:rPr>
                <w:color w:val="000000" w:themeColor="text1"/>
                <w:sz w:val="20"/>
                <w:szCs w:val="20"/>
              </w:rPr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39CD5C08" w14:textId="458A84BB" w:rsidR="007B3FD5" w:rsidRDefault="007B3FD5" w:rsidP="007B3FD5">
            <w:pPr>
              <w:spacing w:before="20" w:after="20"/>
              <w:jc w:val="center"/>
            </w:pPr>
            <w:r w:rsidRPr="00601EB9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1EB9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601EB9">
              <w:rPr>
                <w:color w:val="000000" w:themeColor="text1"/>
                <w:sz w:val="20"/>
                <w:szCs w:val="20"/>
              </w:rPr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191" w:type="dxa"/>
            <w:vAlign w:val="center"/>
          </w:tcPr>
          <w:p w14:paraId="165062CB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Başlıkların numaralandırılması uygun</w:t>
            </w:r>
          </w:p>
        </w:tc>
        <w:tc>
          <w:tcPr>
            <w:tcW w:w="800" w:type="dxa"/>
          </w:tcPr>
          <w:p w14:paraId="24EACEF4" w14:textId="64071AD3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5F122BDF" w14:textId="4DC0764E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B3FD5" w14:paraId="37696DA1" w14:textId="77777777" w:rsidTr="00E34C8A">
        <w:trPr>
          <w:cantSplit/>
          <w:trHeight w:val="270"/>
        </w:trPr>
        <w:tc>
          <w:tcPr>
            <w:tcW w:w="3191" w:type="dxa"/>
            <w:vAlign w:val="center"/>
          </w:tcPr>
          <w:p w14:paraId="01E53C85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Özet sayfası ve içeriği uygun</w:t>
            </w:r>
          </w:p>
        </w:tc>
        <w:tc>
          <w:tcPr>
            <w:tcW w:w="800" w:type="dxa"/>
          </w:tcPr>
          <w:p w14:paraId="524F6E3E" w14:textId="42144BA3" w:rsidR="007B3FD5" w:rsidRDefault="007B3FD5" w:rsidP="007B3FD5">
            <w:pPr>
              <w:spacing w:before="20" w:after="20"/>
              <w:jc w:val="center"/>
            </w:pPr>
            <w:r w:rsidRPr="00601EB9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1EB9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601EB9">
              <w:rPr>
                <w:color w:val="000000" w:themeColor="text1"/>
                <w:sz w:val="20"/>
                <w:szCs w:val="20"/>
              </w:rPr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4C4515A5" w14:textId="64BD544E" w:rsidR="007B3FD5" w:rsidRDefault="007B3FD5" w:rsidP="007B3FD5">
            <w:pPr>
              <w:spacing w:before="20" w:after="20"/>
              <w:jc w:val="center"/>
            </w:pPr>
            <w:r w:rsidRPr="00601EB9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1EB9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601EB9">
              <w:rPr>
                <w:color w:val="000000" w:themeColor="text1"/>
                <w:sz w:val="20"/>
                <w:szCs w:val="20"/>
              </w:rPr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191" w:type="dxa"/>
            <w:vAlign w:val="center"/>
          </w:tcPr>
          <w:p w14:paraId="115C329C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Sayfa numaraları yapısı uygun</w:t>
            </w:r>
          </w:p>
        </w:tc>
        <w:tc>
          <w:tcPr>
            <w:tcW w:w="800" w:type="dxa"/>
          </w:tcPr>
          <w:p w14:paraId="190E5215" w14:textId="442FBAAD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556FA713" w14:textId="43C5C2C1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B3FD5" w14:paraId="5F7DB3C3" w14:textId="77777777" w:rsidTr="00E34C8A">
        <w:trPr>
          <w:cantSplit/>
          <w:trHeight w:val="270"/>
        </w:trPr>
        <w:tc>
          <w:tcPr>
            <w:tcW w:w="3191" w:type="dxa"/>
            <w:vAlign w:val="center"/>
          </w:tcPr>
          <w:p w14:paraId="629F7847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Summary sayfası ve içeriği uygun</w:t>
            </w:r>
          </w:p>
        </w:tc>
        <w:tc>
          <w:tcPr>
            <w:tcW w:w="800" w:type="dxa"/>
          </w:tcPr>
          <w:p w14:paraId="1AD61DE0" w14:textId="536E8D60" w:rsidR="007B3FD5" w:rsidRDefault="007B3FD5" w:rsidP="007B3FD5">
            <w:pPr>
              <w:spacing w:before="20" w:after="20"/>
              <w:jc w:val="center"/>
            </w:pPr>
            <w:r w:rsidRPr="00601EB9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1EB9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601EB9">
              <w:rPr>
                <w:color w:val="000000" w:themeColor="text1"/>
                <w:sz w:val="20"/>
                <w:szCs w:val="20"/>
              </w:rPr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2344EB4D" w14:textId="25BF8805" w:rsidR="007B3FD5" w:rsidRDefault="007B3FD5" w:rsidP="007B3FD5">
            <w:pPr>
              <w:spacing w:before="20" w:after="20"/>
              <w:jc w:val="center"/>
            </w:pPr>
            <w:r w:rsidRPr="00601EB9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1EB9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601EB9">
              <w:rPr>
                <w:color w:val="000000" w:themeColor="text1"/>
                <w:sz w:val="20"/>
                <w:szCs w:val="20"/>
              </w:rPr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601EB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191" w:type="dxa"/>
            <w:vAlign w:val="center"/>
          </w:tcPr>
          <w:p w14:paraId="2603A30B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Kaynak kullanım formatı uygun</w:t>
            </w:r>
          </w:p>
        </w:tc>
        <w:tc>
          <w:tcPr>
            <w:tcW w:w="800" w:type="dxa"/>
          </w:tcPr>
          <w:p w14:paraId="7492AE11" w14:textId="4401F9E8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3A2CB08C" w14:textId="20914B86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B3FD5" w14:paraId="463EBBD6" w14:textId="77777777" w:rsidTr="00E34C8A">
        <w:trPr>
          <w:cantSplit/>
          <w:trHeight w:val="270"/>
        </w:trPr>
        <w:tc>
          <w:tcPr>
            <w:tcW w:w="3191" w:type="dxa"/>
            <w:vAlign w:val="center"/>
          </w:tcPr>
          <w:p w14:paraId="746635ED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Teşekkür sayfası formatı uygun</w:t>
            </w:r>
          </w:p>
        </w:tc>
        <w:tc>
          <w:tcPr>
            <w:tcW w:w="800" w:type="dxa"/>
          </w:tcPr>
          <w:p w14:paraId="102FA921" w14:textId="19CA1B23" w:rsidR="007B3FD5" w:rsidRDefault="007B3FD5" w:rsidP="007B3FD5">
            <w:pPr>
              <w:spacing w:before="20" w:after="20"/>
              <w:jc w:val="center"/>
            </w:pPr>
            <w:r w:rsidRPr="007654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54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765463">
              <w:rPr>
                <w:color w:val="000000" w:themeColor="text1"/>
                <w:sz w:val="20"/>
                <w:szCs w:val="20"/>
              </w:rPr>
            </w:r>
            <w:r w:rsidRPr="007654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7654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0F781D59" w14:textId="66784761" w:rsidR="007B3FD5" w:rsidRDefault="007B3FD5" w:rsidP="007B3FD5">
            <w:pPr>
              <w:spacing w:before="20" w:after="20"/>
              <w:jc w:val="center"/>
            </w:pPr>
            <w:r w:rsidRPr="007654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54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765463">
              <w:rPr>
                <w:color w:val="000000" w:themeColor="text1"/>
                <w:sz w:val="20"/>
                <w:szCs w:val="20"/>
              </w:rPr>
            </w:r>
            <w:r w:rsidRPr="007654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7654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191" w:type="dxa"/>
            <w:vAlign w:val="center"/>
          </w:tcPr>
          <w:p w14:paraId="0E0AA851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Kaynaklara yapılan atıf formatı uygun</w:t>
            </w:r>
          </w:p>
        </w:tc>
        <w:tc>
          <w:tcPr>
            <w:tcW w:w="800" w:type="dxa"/>
          </w:tcPr>
          <w:p w14:paraId="49E7DBC1" w14:textId="2B75FD7E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5EE65B05" w14:textId="1FF311A3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B3FD5" w14:paraId="45707EBE" w14:textId="77777777" w:rsidTr="00E34C8A">
        <w:trPr>
          <w:cantSplit/>
          <w:trHeight w:val="270"/>
        </w:trPr>
        <w:tc>
          <w:tcPr>
            <w:tcW w:w="3191" w:type="dxa"/>
            <w:vAlign w:val="center"/>
          </w:tcPr>
          <w:p w14:paraId="6FB8E598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İçindekiler sayfası formatı uygun</w:t>
            </w:r>
          </w:p>
        </w:tc>
        <w:tc>
          <w:tcPr>
            <w:tcW w:w="800" w:type="dxa"/>
          </w:tcPr>
          <w:p w14:paraId="234CE4CB" w14:textId="342371FC" w:rsidR="007B3FD5" w:rsidRDefault="007B3FD5" w:rsidP="007B3FD5">
            <w:pPr>
              <w:spacing w:before="20" w:after="20"/>
              <w:jc w:val="center"/>
            </w:pPr>
            <w:r w:rsidRPr="007654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54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765463">
              <w:rPr>
                <w:color w:val="000000" w:themeColor="text1"/>
                <w:sz w:val="20"/>
                <w:szCs w:val="20"/>
              </w:rPr>
            </w:r>
            <w:r w:rsidRPr="007654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7654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57F1FADD" w14:textId="428ED8E6" w:rsidR="007B3FD5" w:rsidRDefault="007B3FD5" w:rsidP="007B3FD5">
            <w:pPr>
              <w:spacing w:before="20" w:after="20"/>
              <w:jc w:val="center"/>
            </w:pPr>
            <w:r w:rsidRPr="007654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54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765463">
              <w:rPr>
                <w:color w:val="000000" w:themeColor="text1"/>
                <w:sz w:val="20"/>
                <w:szCs w:val="20"/>
              </w:rPr>
            </w:r>
            <w:r w:rsidRPr="007654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7654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191" w:type="dxa"/>
            <w:vAlign w:val="center"/>
          </w:tcPr>
          <w:p w14:paraId="7931D62F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Çizelge ve şekillerin kullanım formatı uygun</w:t>
            </w:r>
          </w:p>
        </w:tc>
        <w:tc>
          <w:tcPr>
            <w:tcW w:w="800" w:type="dxa"/>
          </w:tcPr>
          <w:p w14:paraId="07F2CA7B" w14:textId="253F61BC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084E7879" w14:textId="3302D9E4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B3FD5" w14:paraId="779371BF" w14:textId="77777777" w:rsidTr="00E34C8A">
        <w:trPr>
          <w:cantSplit/>
          <w:trHeight w:val="270"/>
        </w:trPr>
        <w:tc>
          <w:tcPr>
            <w:tcW w:w="3191" w:type="dxa"/>
            <w:vAlign w:val="center"/>
          </w:tcPr>
          <w:p w14:paraId="07BB0F20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Dizin sayfaları formatı uygun</w:t>
            </w:r>
          </w:p>
        </w:tc>
        <w:tc>
          <w:tcPr>
            <w:tcW w:w="800" w:type="dxa"/>
            <w:vAlign w:val="center"/>
          </w:tcPr>
          <w:p w14:paraId="2E3FF8C5" w14:textId="5994081A" w:rsidR="007B3FD5" w:rsidRDefault="007B3FD5" w:rsidP="007B3FD5">
            <w:pPr>
              <w:spacing w:before="20" w:after="20"/>
              <w:jc w:val="center"/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  <w:vAlign w:val="center"/>
          </w:tcPr>
          <w:p w14:paraId="6737759B" w14:textId="75EFF662" w:rsidR="007B3FD5" w:rsidRDefault="007B3FD5" w:rsidP="007B3FD5">
            <w:pPr>
              <w:spacing w:before="20" w:after="20"/>
              <w:jc w:val="center"/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191" w:type="dxa"/>
            <w:vAlign w:val="center"/>
          </w:tcPr>
          <w:p w14:paraId="55A7A58E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Çizelge ve şekillere atıf formatı uygun</w:t>
            </w:r>
          </w:p>
        </w:tc>
        <w:tc>
          <w:tcPr>
            <w:tcW w:w="800" w:type="dxa"/>
          </w:tcPr>
          <w:p w14:paraId="1B872828" w14:textId="72ABA788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2B1C4BC4" w14:textId="7FCC3A43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7B3FD5" w14:paraId="59136515" w14:textId="77777777" w:rsidTr="00E34C8A">
        <w:trPr>
          <w:cantSplit/>
          <w:trHeight w:val="270"/>
        </w:trPr>
        <w:tc>
          <w:tcPr>
            <w:tcW w:w="3191" w:type="dxa"/>
            <w:vAlign w:val="center"/>
          </w:tcPr>
          <w:p w14:paraId="6E7F9A87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Simgeler ve kısaltmalar formatı uygun</w:t>
            </w:r>
          </w:p>
        </w:tc>
        <w:tc>
          <w:tcPr>
            <w:tcW w:w="800" w:type="dxa"/>
            <w:vAlign w:val="center"/>
          </w:tcPr>
          <w:p w14:paraId="30582DB2" w14:textId="71803A52" w:rsidR="007B3FD5" w:rsidRDefault="007B3FD5" w:rsidP="007B3FD5">
            <w:pPr>
              <w:spacing w:before="20" w:after="20"/>
              <w:jc w:val="center"/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  <w:vAlign w:val="center"/>
          </w:tcPr>
          <w:p w14:paraId="41DDDADC" w14:textId="2EA4530C" w:rsidR="007B3FD5" w:rsidRDefault="007B3FD5" w:rsidP="007B3FD5">
            <w:pPr>
              <w:spacing w:before="20" w:after="20"/>
              <w:jc w:val="center"/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191" w:type="dxa"/>
            <w:vAlign w:val="center"/>
          </w:tcPr>
          <w:p w14:paraId="7721F18D" w14:textId="77777777" w:rsidR="007B3FD5" w:rsidRDefault="007B3FD5" w:rsidP="007B3FD5">
            <w:pPr>
              <w:spacing w:before="20" w:after="20"/>
            </w:pPr>
            <w:r>
              <w:rPr>
                <w:color w:val="000000"/>
                <w:sz w:val="18"/>
                <w:szCs w:val="18"/>
              </w:rPr>
              <w:t>Denklemlerin kullanım formatı uygun</w:t>
            </w:r>
          </w:p>
        </w:tc>
        <w:tc>
          <w:tcPr>
            <w:tcW w:w="800" w:type="dxa"/>
          </w:tcPr>
          <w:p w14:paraId="6C3CA0EF" w14:textId="42887EC9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00" w:type="dxa"/>
          </w:tcPr>
          <w:p w14:paraId="6CF6F49F" w14:textId="40AC6350" w:rsidR="007B3FD5" w:rsidRDefault="007B3FD5" w:rsidP="007B3FD5">
            <w:pPr>
              <w:spacing w:before="20" w:after="20"/>
              <w:jc w:val="center"/>
            </w:pPr>
            <w:r w:rsidRPr="003C4C63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4C63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3C4C63">
              <w:rPr>
                <w:color w:val="000000" w:themeColor="text1"/>
                <w:sz w:val="20"/>
                <w:szCs w:val="20"/>
              </w:rPr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3C4C63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5819B111" w14:textId="77777777" w:rsidR="005D0CC5" w:rsidRDefault="00000000">
      <w:pPr>
        <w:keepNext/>
        <w:pBdr>
          <w:bottom w:val="single" w:sz="8" w:space="0" w:color="D5BC8A"/>
        </w:pBdr>
        <w:spacing w:before="180" w:after="80"/>
      </w:pPr>
      <w:r>
        <w:rPr>
          <w:b/>
        </w:rPr>
        <w:t>VARSA DÜZELTMELERE İLİŞKİN AÇIKLAMALAR</w:t>
      </w:r>
    </w:p>
    <w:p w14:paraId="6CAABC3B" w14:textId="77777777" w:rsidR="005D0CC5" w:rsidRDefault="00000000">
      <w:pPr>
        <w:spacing w:after="100"/>
      </w:pPr>
      <w:r>
        <w:t>.......................................................................................................................................................................</w:t>
      </w:r>
    </w:p>
    <w:tbl>
      <w:tblPr>
        <w:tblW w:w="964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7"/>
        <w:gridCol w:w="4210"/>
      </w:tblGrid>
      <w:tr w:rsidR="005D0CC5" w14:paraId="57EB3E34" w14:textId="77777777" w:rsidTr="007B3FD5">
        <w:trPr>
          <w:cantSplit/>
          <w:trHeight w:val="689"/>
        </w:trPr>
        <w:tc>
          <w:tcPr>
            <w:tcW w:w="5437" w:type="dxa"/>
            <w:vAlign w:val="bottom"/>
          </w:tcPr>
          <w:p w14:paraId="4DD5EFA4" w14:textId="77777777" w:rsidR="005D0CC5" w:rsidRDefault="00000000">
            <w:pPr>
              <w:spacing w:before="500"/>
            </w:pPr>
            <w:r>
              <w:rPr>
                <w:b/>
                <w:sz w:val="18"/>
                <w:szCs w:val="18"/>
              </w:rPr>
              <w:t xml:space="preserve">Not: </w:t>
            </w:r>
            <w:r>
              <w:rPr>
                <w:sz w:val="18"/>
                <w:szCs w:val="18"/>
              </w:rPr>
              <w:t>Tez yazım kuralları Enstitümüzün web sayfasında mevcut olup yapılan hatalardan birinci derecede danışman ve öğrenci sorumludur.</w:t>
            </w:r>
          </w:p>
        </w:tc>
        <w:tc>
          <w:tcPr>
            <w:tcW w:w="4210" w:type="dxa"/>
          </w:tcPr>
          <w:p w14:paraId="23574391" w14:textId="77777777" w:rsidR="005D0CC5" w:rsidRDefault="00000000">
            <w:pPr>
              <w:spacing w:before="160"/>
              <w:jc w:val="right"/>
            </w:pPr>
            <w:r>
              <w:rPr>
                <w:b/>
              </w:rPr>
              <w:t>Danışman</w:t>
            </w:r>
          </w:p>
          <w:p w14:paraId="65C7D51C" w14:textId="77777777" w:rsidR="005D0CC5" w:rsidRDefault="00000000">
            <w:pPr>
              <w:jc w:val="right"/>
            </w:pPr>
            <w:r>
              <w:t>(Unvanı, Adı, Soyadı, İmza)</w:t>
            </w:r>
          </w:p>
          <w:p w14:paraId="3E477F4B" w14:textId="77777777" w:rsidR="005D0CC5" w:rsidRDefault="00000000">
            <w:pPr>
              <w:jc w:val="right"/>
            </w:pPr>
            <w:r>
              <w:t>.... / .... / 202..</w:t>
            </w:r>
          </w:p>
        </w:tc>
      </w:tr>
    </w:tbl>
    <w:p w14:paraId="76BE488C" w14:textId="77777777" w:rsidR="00B273DE" w:rsidRDefault="00B273DE" w:rsidP="007B3FD5"/>
    <w:sectPr w:rsidR="00B273DE" w:rsidSect="003A1CEE">
      <w:pgSz w:w="11906" w:h="16838"/>
      <w:pgMar w:top="737" w:right="1162" w:bottom="737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6B0F44"/>
    <w:multiLevelType w:val="hybridMultilevel"/>
    <w:tmpl w:val="C6C60D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257102">
    <w:abstractNumId w:val="8"/>
  </w:num>
  <w:num w:numId="2" w16cid:durableId="743376938">
    <w:abstractNumId w:val="6"/>
  </w:num>
  <w:num w:numId="3" w16cid:durableId="797190670">
    <w:abstractNumId w:val="5"/>
  </w:num>
  <w:num w:numId="4" w16cid:durableId="1766028181">
    <w:abstractNumId w:val="4"/>
  </w:num>
  <w:num w:numId="5" w16cid:durableId="308290947">
    <w:abstractNumId w:val="7"/>
  </w:num>
  <w:num w:numId="6" w16cid:durableId="1960603361">
    <w:abstractNumId w:val="3"/>
  </w:num>
  <w:num w:numId="7" w16cid:durableId="1900557345">
    <w:abstractNumId w:val="2"/>
  </w:num>
  <w:num w:numId="8" w16cid:durableId="386494166">
    <w:abstractNumId w:val="1"/>
  </w:num>
  <w:num w:numId="9" w16cid:durableId="1404138973">
    <w:abstractNumId w:val="0"/>
  </w:num>
  <w:num w:numId="10" w16cid:durableId="36113416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4F6"/>
    <w:rsid w:val="0015074B"/>
    <w:rsid w:val="002454D4"/>
    <w:rsid w:val="0029639D"/>
    <w:rsid w:val="00326F90"/>
    <w:rsid w:val="003A1CEE"/>
    <w:rsid w:val="005A7C45"/>
    <w:rsid w:val="005D0CC5"/>
    <w:rsid w:val="00606584"/>
    <w:rsid w:val="007B3FD5"/>
    <w:rsid w:val="00AA1D8D"/>
    <w:rsid w:val="00AD6073"/>
    <w:rsid w:val="00B273DE"/>
    <w:rsid w:val="00B47730"/>
    <w:rsid w:val="00B8710D"/>
    <w:rsid w:val="00CB0664"/>
    <w:rsid w:val="00D10FD3"/>
    <w:rsid w:val="00E419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199C13"/>
  <w14:defaultImageDpi w14:val="300"/>
  <w15:docId w15:val="{BE8FD7D6-ACFA-CE45-BD40-E230AD14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zulkufaydemir4646@hotmail.com</cp:lastModifiedBy>
  <cp:revision>2</cp:revision>
  <dcterms:created xsi:type="dcterms:W3CDTF">2026-09-30T06:26:00Z</dcterms:created>
  <dcterms:modified xsi:type="dcterms:W3CDTF">2026-09-30T06:26:00Z</dcterms:modified>
  <cp:category/>
</cp:coreProperties>
</file>